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3BDE4" w14:textId="042E5107" w:rsidR="001D4935" w:rsidRPr="001B6376" w:rsidRDefault="001840E9" w:rsidP="001B6376">
      <w:pPr>
        <w:spacing w:after="480"/>
        <w:jc w:val="center"/>
        <w:rPr>
          <w:b/>
          <w:sz w:val="36"/>
          <w:szCs w:val="36"/>
          <w:lang w:val="fi-FI"/>
        </w:rPr>
      </w:pPr>
      <w:r w:rsidRPr="00353067">
        <w:rPr>
          <w:b/>
          <w:sz w:val="36"/>
          <w:szCs w:val="36"/>
          <w:lang w:val="fi-FI"/>
        </w:rPr>
        <w:t>OMAVALVONTASUUNNITELMA</w:t>
      </w:r>
      <w:r w:rsidRPr="00353067">
        <w:rPr>
          <w:b/>
          <w:sz w:val="36"/>
          <w:szCs w:val="36"/>
          <w:lang w:val="fi-FI"/>
        </w:rPr>
        <w:br/>
      </w:r>
      <w:r w:rsidR="009A4EAE">
        <w:rPr>
          <w:b/>
          <w:sz w:val="36"/>
          <w:szCs w:val="36"/>
          <w:lang w:val="fi-FI"/>
        </w:rPr>
        <w:t>Perhekoti Nuorisolaiset</w:t>
      </w:r>
      <w:r w:rsidR="00114CFD">
        <w:rPr>
          <w:noProof/>
          <w:sz w:val="20"/>
        </w:rPr>
        <w:drawing>
          <wp:inline distT="0" distB="0" distL="0" distR="0" wp14:anchorId="2E40212F" wp14:editId="1109718C">
            <wp:extent cx="5943600" cy="2413000"/>
            <wp:effectExtent l="0" t="0" r="0" b="6350"/>
            <wp:docPr id="914048616"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413000"/>
                    </a:xfrm>
                    <a:prstGeom prst="rect">
                      <a:avLst/>
                    </a:prstGeom>
                    <a:noFill/>
                    <a:ln>
                      <a:noFill/>
                    </a:ln>
                  </pic:spPr>
                </pic:pic>
              </a:graphicData>
            </a:graphic>
          </wp:inline>
        </w:drawing>
      </w:r>
      <w:r w:rsidRPr="00600150">
        <w:rPr>
          <w:sz w:val="20"/>
          <w:lang w:val="fi-FI"/>
        </w:rPr>
        <w:t>Tämä asiakirja on Sosiaali- ja terveydenhuollon valvontalain (741/2023) mukainen palveluyksikön omavalvontasuunnitelma. Suunnitelman tarkoituksena on varmistaa palvelujen laatu, turvallisuus ja asiakkaiden hyvä kohtelu arjessa. Suunnitelma päivitetään vähintään kerran vuodessa tai toiminnan muuttuessa.</w:t>
      </w:r>
    </w:p>
    <w:p w14:paraId="03E89552" w14:textId="77777777" w:rsidR="001D4935" w:rsidRPr="00600150" w:rsidRDefault="001840E9">
      <w:pPr>
        <w:pStyle w:val="Otsikko1"/>
        <w:spacing w:before="240" w:after="120"/>
        <w:rPr>
          <w:lang w:val="fi-FI"/>
        </w:rPr>
      </w:pPr>
      <w:r w:rsidRPr="00600150">
        <w:rPr>
          <w:rFonts w:ascii="Arial" w:hAnsi="Arial"/>
          <w:sz w:val="32"/>
          <w:lang w:val="fi-FI"/>
        </w:rPr>
        <w:t>1. Palveluntuottajan ja toimintayksikön perustiedot</w:t>
      </w:r>
    </w:p>
    <w:tbl>
      <w:tblPr>
        <w:tblStyle w:val="TaulukkoRuudukko"/>
        <w:tblW w:w="9360" w:type="dxa"/>
        <w:tblLayout w:type="fixed"/>
        <w:tblLook w:val="04A0" w:firstRow="1" w:lastRow="0" w:firstColumn="1" w:lastColumn="0" w:noHBand="0" w:noVBand="1"/>
      </w:tblPr>
      <w:tblGrid>
        <w:gridCol w:w="4680"/>
        <w:gridCol w:w="4680"/>
      </w:tblGrid>
      <w:tr w:rsidR="001D4935" w14:paraId="2975660B" w14:textId="77777777" w:rsidTr="008624F3">
        <w:trPr>
          <w:trHeight w:val="567"/>
        </w:trPr>
        <w:tc>
          <w:tcPr>
            <w:tcW w:w="4680" w:type="dxa"/>
            <w:vAlign w:val="center"/>
          </w:tcPr>
          <w:p w14:paraId="0CB514D4" w14:textId="77777777" w:rsidR="001D4935" w:rsidRDefault="001840E9" w:rsidP="008624F3">
            <w:proofErr w:type="spellStart"/>
            <w:r>
              <w:rPr>
                <w:b/>
              </w:rPr>
              <w:t>Ammatillisen</w:t>
            </w:r>
            <w:proofErr w:type="spellEnd"/>
            <w:r>
              <w:rPr>
                <w:b/>
              </w:rPr>
              <w:t xml:space="preserve"> perhekodin </w:t>
            </w:r>
            <w:proofErr w:type="spellStart"/>
            <w:r>
              <w:rPr>
                <w:b/>
              </w:rPr>
              <w:t>nimi</w:t>
            </w:r>
            <w:proofErr w:type="spellEnd"/>
          </w:p>
        </w:tc>
        <w:tc>
          <w:tcPr>
            <w:tcW w:w="4680" w:type="dxa"/>
            <w:vAlign w:val="center"/>
          </w:tcPr>
          <w:p w14:paraId="19ECB8AC" w14:textId="77777777" w:rsidR="001D4935" w:rsidRDefault="005B34BC" w:rsidP="008624F3">
            <w:r w:rsidRPr="006E7D0E">
              <w:t xml:space="preserve">Perhekoti </w:t>
            </w:r>
            <w:r>
              <w:t xml:space="preserve">Nuorisolaiset </w:t>
            </w:r>
          </w:p>
        </w:tc>
      </w:tr>
      <w:tr w:rsidR="001D4935" w:rsidRPr="00600150" w14:paraId="6737A96C" w14:textId="77777777" w:rsidTr="008624F3">
        <w:trPr>
          <w:trHeight w:val="680"/>
        </w:trPr>
        <w:tc>
          <w:tcPr>
            <w:tcW w:w="4680" w:type="dxa"/>
            <w:vAlign w:val="center"/>
          </w:tcPr>
          <w:p w14:paraId="17D87962" w14:textId="77777777" w:rsidR="001D4935" w:rsidRDefault="001840E9" w:rsidP="008624F3">
            <w:proofErr w:type="spellStart"/>
            <w:r>
              <w:rPr>
                <w:b/>
              </w:rPr>
              <w:t>Palveluntuottaja</w:t>
            </w:r>
            <w:proofErr w:type="spellEnd"/>
            <w:r>
              <w:rPr>
                <w:b/>
              </w:rPr>
              <w:t xml:space="preserve"> / </w:t>
            </w:r>
            <w:proofErr w:type="spellStart"/>
            <w:r>
              <w:rPr>
                <w:b/>
              </w:rPr>
              <w:t>Yritys</w:t>
            </w:r>
            <w:proofErr w:type="spellEnd"/>
            <w:r>
              <w:rPr>
                <w:b/>
              </w:rPr>
              <w:t xml:space="preserve"> &amp; Y-</w:t>
            </w:r>
            <w:proofErr w:type="spellStart"/>
            <w:r>
              <w:rPr>
                <w:b/>
              </w:rPr>
              <w:t>tunnus</w:t>
            </w:r>
            <w:proofErr w:type="spellEnd"/>
          </w:p>
        </w:tc>
        <w:tc>
          <w:tcPr>
            <w:tcW w:w="4680" w:type="dxa"/>
            <w:vAlign w:val="center"/>
          </w:tcPr>
          <w:p w14:paraId="66B55FB8" w14:textId="77777777" w:rsidR="005B34BC" w:rsidRPr="00600150" w:rsidRDefault="005B34BC" w:rsidP="008624F3">
            <w:pPr>
              <w:rPr>
                <w:lang w:val="fi-FI"/>
              </w:rPr>
            </w:pPr>
            <w:r w:rsidRPr="00600150">
              <w:rPr>
                <w:lang w:val="fi-FI"/>
              </w:rPr>
              <w:t xml:space="preserve">Perhekoti Nuorisolaiset Oy </w:t>
            </w:r>
          </w:p>
          <w:p w14:paraId="5725FBBF" w14:textId="77777777" w:rsidR="001D4935" w:rsidRPr="00600150" w:rsidRDefault="005B34BC" w:rsidP="008624F3">
            <w:pPr>
              <w:rPr>
                <w:lang w:val="fi-FI"/>
              </w:rPr>
            </w:pPr>
            <w:r w:rsidRPr="00600150">
              <w:rPr>
                <w:lang w:val="fi-FI"/>
              </w:rPr>
              <w:t xml:space="preserve">Y-tunnus </w:t>
            </w:r>
            <w:proofErr w:type="gramStart"/>
            <w:r w:rsidRPr="00600150">
              <w:rPr>
                <w:lang w:val="fi-FI"/>
              </w:rPr>
              <w:t>3437387-6</w:t>
            </w:r>
            <w:proofErr w:type="gramEnd"/>
          </w:p>
        </w:tc>
      </w:tr>
      <w:tr w:rsidR="001D4935" w14:paraId="47C171F4" w14:textId="77777777" w:rsidTr="008624F3">
        <w:trPr>
          <w:trHeight w:val="680"/>
        </w:trPr>
        <w:tc>
          <w:tcPr>
            <w:tcW w:w="4680" w:type="dxa"/>
            <w:vAlign w:val="center"/>
          </w:tcPr>
          <w:p w14:paraId="5D6B88AC" w14:textId="77777777" w:rsidR="001D4935" w:rsidRDefault="001840E9" w:rsidP="008624F3">
            <w:proofErr w:type="spellStart"/>
            <w:r>
              <w:rPr>
                <w:b/>
              </w:rPr>
              <w:t>Käynti</w:t>
            </w:r>
            <w:proofErr w:type="spellEnd"/>
            <w:r>
              <w:rPr>
                <w:b/>
              </w:rPr>
              <w:t xml:space="preserve">- ja </w:t>
            </w:r>
            <w:proofErr w:type="spellStart"/>
            <w:r>
              <w:rPr>
                <w:b/>
              </w:rPr>
              <w:t>postiosoite</w:t>
            </w:r>
            <w:proofErr w:type="spellEnd"/>
          </w:p>
        </w:tc>
        <w:tc>
          <w:tcPr>
            <w:tcW w:w="4680" w:type="dxa"/>
            <w:vAlign w:val="center"/>
          </w:tcPr>
          <w:p w14:paraId="016712AB" w14:textId="77777777" w:rsidR="005B34BC" w:rsidRDefault="005B34BC" w:rsidP="008624F3">
            <w:pPr>
              <w:pStyle w:val="Normaaliruudukko21"/>
              <w:rPr>
                <w:rFonts w:cs="Arial"/>
                <w:sz w:val="24"/>
                <w:szCs w:val="24"/>
              </w:rPr>
            </w:pPr>
            <w:r w:rsidRPr="00254E1A">
              <w:rPr>
                <w:rFonts w:cs="Arial"/>
                <w:sz w:val="24"/>
                <w:szCs w:val="24"/>
              </w:rPr>
              <w:t xml:space="preserve">Lohilammentie 379 </w:t>
            </w:r>
            <w:r>
              <w:rPr>
                <w:rFonts w:cs="Arial"/>
                <w:sz w:val="24"/>
                <w:szCs w:val="24"/>
              </w:rPr>
              <w:t>B a 1</w:t>
            </w:r>
            <w:r w:rsidRPr="00254E1A">
              <w:rPr>
                <w:rFonts w:cs="Arial"/>
                <w:sz w:val="24"/>
                <w:szCs w:val="24"/>
              </w:rPr>
              <w:t xml:space="preserve"> </w:t>
            </w:r>
          </w:p>
          <w:p w14:paraId="6A43D7FA" w14:textId="77777777" w:rsidR="001D4935" w:rsidRPr="008624F3" w:rsidRDefault="005B34BC" w:rsidP="008624F3">
            <w:pPr>
              <w:pStyle w:val="Normaaliruudukko21"/>
              <w:rPr>
                <w:rFonts w:cs="Arial"/>
                <w:sz w:val="24"/>
                <w:szCs w:val="24"/>
              </w:rPr>
            </w:pPr>
            <w:r w:rsidRPr="00254E1A">
              <w:rPr>
                <w:rFonts w:cs="Arial"/>
                <w:sz w:val="24"/>
                <w:szCs w:val="24"/>
              </w:rPr>
              <w:t>09220 Sammatti</w:t>
            </w:r>
          </w:p>
        </w:tc>
      </w:tr>
      <w:tr w:rsidR="001D4935" w14:paraId="3E0A7D32" w14:textId="77777777" w:rsidTr="008624F3">
        <w:trPr>
          <w:trHeight w:val="2381"/>
        </w:trPr>
        <w:tc>
          <w:tcPr>
            <w:tcW w:w="4680" w:type="dxa"/>
            <w:vAlign w:val="center"/>
          </w:tcPr>
          <w:p w14:paraId="633D84AA" w14:textId="77777777" w:rsidR="001D4935" w:rsidRDefault="001840E9" w:rsidP="008624F3">
            <w:r>
              <w:rPr>
                <w:b/>
              </w:rPr>
              <w:t xml:space="preserve">Vastuuhenkilö ja </w:t>
            </w:r>
            <w:proofErr w:type="spellStart"/>
            <w:r>
              <w:rPr>
                <w:b/>
              </w:rPr>
              <w:t>yhteystiedot</w:t>
            </w:r>
            <w:proofErr w:type="spellEnd"/>
          </w:p>
        </w:tc>
        <w:tc>
          <w:tcPr>
            <w:tcW w:w="4680" w:type="dxa"/>
            <w:vAlign w:val="center"/>
          </w:tcPr>
          <w:p w14:paraId="4A176498" w14:textId="132BDE75" w:rsidR="008624F3" w:rsidRDefault="005B34BC" w:rsidP="008624F3">
            <w:pPr>
              <w:rPr>
                <w:lang w:val="fi-FI"/>
              </w:rPr>
            </w:pPr>
            <w:r w:rsidRPr="00600150">
              <w:rPr>
                <w:lang w:val="fi-FI"/>
              </w:rPr>
              <w:t xml:space="preserve">Katja Ikonen </w:t>
            </w:r>
          </w:p>
          <w:p w14:paraId="7E7AF834" w14:textId="77777777" w:rsidR="005B34BC" w:rsidRPr="00600150" w:rsidRDefault="005B34BC" w:rsidP="008624F3">
            <w:pPr>
              <w:rPr>
                <w:lang w:val="fi-FI"/>
              </w:rPr>
            </w:pPr>
            <w:r w:rsidRPr="00600150">
              <w:rPr>
                <w:lang w:val="fi-FI"/>
              </w:rPr>
              <w:t>perhekotivanhemp</w:t>
            </w:r>
            <w:r w:rsidR="008624F3">
              <w:rPr>
                <w:lang w:val="fi-FI"/>
              </w:rPr>
              <w:t>i, Perhekodin johtaja</w:t>
            </w:r>
          </w:p>
          <w:p w14:paraId="4E90CCB0" w14:textId="55137EEF" w:rsidR="005B34BC" w:rsidRPr="00600150" w:rsidRDefault="005B34BC" w:rsidP="008624F3">
            <w:pPr>
              <w:rPr>
                <w:lang w:val="fi-FI"/>
              </w:rPr>
            </w:pPr>
            <w:r w:rsidRPr="00600150">
              <w:rPr>
                <w:lang w:val="fi-FI"/>
              </w:rPr>
              <w:t xml:space="preserve">puh. </w:t>
            </w:r>
            <w:r w:rsidR="005B43AC" w:rsidRPr="001B6376">
              <w:rPr>
                <w:lang w:val="fi-FI"/>
              </w:rPr>
              <w:t>041 326 5180</w:t>
            </w:r>
            <w:r w:rsidR="005B43AC">
              <w:rPr>
                <w:lang w:val="fi-FI"/>
              </w:rPr>
              <w:t xml:space="preserve"> tai </w:t>
            </w:r>
            <w:r w:rsidR="005B43AC" w:rsidRPr="00600150">
              <w:rPr>
                <w:lang w:val="fi-FI"/>
              </w:rPr>
              <w:t>044 2721733</w:t>
            </w:r>
            <w:r w:rsidR="005B43AC">
              <w:rPr>
                <w:lang w:val="fi-FI"/>
              </w:rPr>
              <w:t xml:space="preserve"> </w:t>
            </w:r>
          </w:p>
          <w:p w14:paraId="24096810" w14:textId="77777777" w:rsidR="001D4935" w:rsidRDefault="005B34BC" w:rsidP="008624F3">
            <w:hyperlink r:id="rId9" w:history="1">
              <w:r w:rsidRPr="00600150">
                <w:rPr>
                  <w:rStyle w:val="Hyperlinkki"/>
                  <w:lang w:val="fi-FI"/>
                </w:rPr>
                <w:t>katja.ikonen@nuorisolaiset.fi</w:t>
              </w:r>
            </w:hyperlink>
          </w:p>
          <w:p w14:paraId="17E9E569" w14:textId="77777777" w:rsidR="008624F3" w:rsidRPr="00600150" w:rsidRDefault="008624F3" w:rsidP="008624F3">
            <w:pPr>
              <w:rPr>
                <w:lang w:val="fi-FI"/>
              </w:rPr>
            </w:pPr>
          </w:p>
          <w:p w14:paraId="0312BE72" w14:textId="77777777" w:rsidR="008624F3" w:rsidRDefault="005B34BC" w:rsidP="008624F3">
            <w:pPr>
              <w:rPr>
                <w:lang w:val="fi-FI"/>
              </w:rPr>
            </w:pPr>
            <w:r w:rsidRPr="00600150">
              <w:rPr>
                <w:lang w:val="fi-FI"/>
              </w:rPr>
              <w:t xml:space="preserve">Jarno Ikonen </w:t>
            </w:r>
          </w:p>
          <w:p w14:paraId="0120D1F7" w14:textId="77777777" w:rsidR="005B34BC" w:rsidRPr="00600150" w:rsidRDefault="005B34BC" w:rsidP="008624F3">
            <w:pPr>
              <w:rPr>
                <w:lang w:val="fi-FI"/>
              </w:rPr>
            </w:pPr>
            <w:r w:rsidRPr="00600150">
              <w:rPr>
                <w:lang w:val="fi-FI"/>
              </w:rPr>
              <w:t>perhekotivanhempi</w:t>
            </w:r>
            <w:r w:rsidR="008624F3">
              <w:rPr>
                <w:lang w:val="fi-FI"/>
              </w:rPr>
              <w:t>, Toimitusjohtaja</w:t>
            </w:r>
          </w:p>
          <w:p w14:paraId="6323AD33" w14:textId="0926ECBA" w:rsidR="005B34BC" w:rsidRDefault="005B34BC" w:rsidP="008624F3">
            <w:r>
              <w:t xml:space="preserve">puh. </w:t>
            </w:r>
            <w:r w:rsidR="005B43AC" w:rsidRPr="001B6376">
              <w:rPr>
                <w:lang w:val="fi-FI"/>
              </w:rPr>
              <w:t>041 326 5180</w:t>
            </w:r>
            <w:r w:rsidR="005B43AC">
              <w:rPr>
                <w:lang w:val="fi-FI"/>
              </w:rPr>
              <w:t xml:space="preserve"> tai </w:t>
            </w:r>
            <w:r w:rsidR="005B43AC">
              <w:t>044 3335715</w:t>
            </w:r>
          </w:p>
          <w:p w14:paraId="6AB85E67" w14:textId="77777777" w:rsidR="005B34BC" w:rsidRDefault="005B34BC" w:rsidP="008624F3">
            <w:hyperlink r:id="rId10" w:history="1">
              <w:r w:rsidRPr="00324A82">
                <w:rPr>
                  <w:rStyle w:val="Hyperlinkki"/>
                </w:rPr>
                <w:t>jarno.ikonen@nuorisolaiset.fi</w:t>
              </w:r>
            </w:hyperlink>
          </w:p>
        </w:tc>
      </w:tr>
      <w:tr w:rsidR="001D4935" w14:paraId="64253D9A" w14:textId="77777777" w:rsidTr="008624F3">
        <w:trPr>
          <w:trHeight w:val="340"/>
        </w:trPr>
        <w:tc>
          <w:tcPr>
            <w:tcW w:w="4680" w:type="dxa"/>
            <w:vAlign w:val="center"/>
          </w:tcPr>
          <w:p w14:paraId="3371B098" w14:textId="77777777" w:rsidR="001D4935" w:rsidRDefault="001840E9" w:rsidP="008624F3">
            <w:proofErr w:type="spellStart"/>
            <w:r>
              <w:rPr>
                <w:b/>
              </w:rPr>
              <w:t>Asiakaspaikkojen</w:t>
            </w:r>
            <w:proofErr w:type="spellEnd"/>
            <w:r>
              <w:rPr>
                <w:b/>
              </w:rPr>
              <w:t xml:space="preserve"> määrä</w:t>
            </w:r>
          </w:p>
        </w:tc>
        <w:tc>
          <w:tcPr>
            <w:tcW w:w="4680" w:type="dxa"/>
            <w:vAlign w:val="center"/>
          </w:tcPr>
          <w:p w14:paraId="2B90915C" w14:textId="77777777" w:rsidR="001D4935" w:rsidRDefault="005B34BC" w:rsidP="008624F3">
            <w:r>
              <w:t xml:space="preserve">4 </w:t>
            </w:r>
            <w:proofErr w:type="spellStart"/>
            <w:r>
              <w:t>asiakaspaikkaa</w:t>
            </w:r>
            <w:proofErr w:type="spellEnd"/>
          </w:p>
        </w:tc>
      </w:tr>
      <w:tr w:rsidR="001D4935" w14:paraId="079B226C" w14:textId="77777777" w:rsidTr="008624F3">
        <w:trPr>
          <w:trHeight w:val="340"/>
        </w:trPr>
        <w:tc>
          <w:tcPr>
            <w:tcW w:w="4680" w:type="dxa"/>
            <w:vAlign w:val="center"/>
          </w:tcPr>
          <w:p w14:paraId="03B92C38" w14:textId="77777777" w:rsidR="001D4935" w:rsidRDefault="001840E9" w:rsidP="008624F3">
            <w:proofErr w:type="spellStart"/>
            <w:r>
              <w:rPr>
                <w:b/>
              </w:rPr>
              <w:t>Soteri-rekisteröintitiedot</w:t>
            </w:r>
            <w:proofErr w:type="spellEnd"/>
          </w:p>
        </w:tc>
        <w:tc>
          <w:tcPr>
            <w:tcW w:w="4680" w:type="dxa"/>
            <w:vAlign w:val="center"/>
          </w:tcPr>
          <w:p w14:paraId="71E209B4" w14:textId="77777777" w:rsidR="001D4935" w:rsidRDefault="006364E0" w:rsidP="008624F3">
            <w:proofErr w:type="spellStart"/>
            <w:r>
              <w:t>Soteri</w:t>
            </w:r>
            <w:proofErr w:type="spellEnd"/>
            <w:r>
              <w:t xml:space="preserve"> </w:t>
            </w:r>
            <w:proofErr w:type="spellStart"/>
            <w:r w:rsidR="00EC38BA">
              <w:t>rekisteröitymispäivämäärä</w:t>
            </w:r>
            <w:proofErr w:type="spellEnd"/>
            <w:r w:rsidR="00EC38BA">
              <w:t xml:space="preserve"> 2</w:t>
            </w:r>
            <w:r w:rsidR="00EA6CE0">
              <w:t>.</w:t>
            </w:r>
            <w:r w:rsidR="00873F9E">
              <w:t>4</w:t>
            </w:r>
            <w:r w:rsidR="00EA6CE0">
              <w:t>.202</w:t>
            </w:r>
            <w:r w:rsidR="00873F9E">
              <w:t>5</w:t>
            </w:r>
          </w:p>
        </w:tc>
      </w:tr>
      <w:tr w:rsidR="001D4935" w14:paraId="1294D239" w14:textId="77777777" w:rsidTr="008624F3">
        <w:trPr>
          <w:trHeight w:val="340"/>
        </w:trPr>
        <w:tc>
          <w:tcPr>
            <w:tcW w:w="4680" w:type="dxa"/>
            <w:vAlign w:val="center"/>
          </w:tcPr>
          <w:p w14:paraId="65844F97" w14:textId="77777777" w:rsidR="001D4935" w:rsidRDefault="001840E9" w:rsidP="008624F3">
            <w:proofErr w:type="spellStart"/>
            <w:r>
              <w:rPr>
                <w:b/>
              </w:rPr>
              <w:t>Suunnitelman</w:t>
            </w:r>
            <w:proofErr w:type="spellEnd"/>
            <w:r>
              <w:rPr>
                <w:b/>
              </w:rPr>
              <w:t xml:space="preserve"> </w:t>
            </w:r>
            <w:proofErr w:type="spellStart"/>
            <w:r>
              <w:rPr>
                <w:b/>
              </w:rPr>
              <w:t>hyväksymispäivä</w:t>
            </w:r>
            <w:proofErr w:type="spellEnd"/>
            <w:r>
              <w:rPr>
                <w:b/>
              </w:rPr>
              <w:t xml:space="preserve"> ja </w:t>
            </w:r>
            <w:proofErr w:type="spellStart"/>
            <w:r>
              <w:rPr>
                <w:b/>
              </w:rPr>
              <w:t>versio</w:t>
            </w:r>
            <w:proofErr w:type="spellEnd"/>
          </w:p>
        </w:tc>
        <w:tc>
          <w:tcPr>
            <w:tcW w:w="4680" w:type="dxa"/>
            <w:vAlign w:val="center"/>
          </w:tcPr>
          <w:p w14:paraId="1FEE4334" w14:textId="16D5D421" w:rsidR="001D4935" w:rsidRDefault="001840E9" w:rsidP="008624F3">
            <w:proofErr w:type="spellStart"/>
            <w:r>
              <w:t>Päivitetty</w:t>
            </w:r>
            <w:proofErr w:type="spellEnd"/>
            <w:r>
              <w:t xml:space="preserve">: </w:t>
            </w:r>
            <w:r w:rsidR="00E879F4">
              <w:t>3.</w:t>
            </w:r>
            <w:r w:rsidR="005B43AC">
              <w:t>10</w:t>
            </w:r>
            <w:r w:rsidR="00E879F4">
              <w:t>.2026</w:t>
            </w:r>
            <w:r>
              <w:t xml:space="preserve"> / </w:t>
            </w:r>
            <w:proofErr w:type="spellStart"/>
            <w:r>
              <w:t>Versio</w:t>
            </w:r>
            <w:proofErr w:type="spellEnd"/>
            <w:r>
              <w:t>: 1.</w:t>
            </w:r>
            <w:r w:rsidR="00EA6CE0">
              <w:t>1</w:t>
            </w:r>
          </w:p>
        </w:tc>
      </w:tr>
    </w:tbl>
    <w:p w14:paraId="72518E40" w14:textId="77777777" w:rsidR="001D4935" w:rsidRPr="00600150" w:rsidRDefault="001840E9">
      <w:pPr>
        <w:pStyle w:val="Otsikko1"/>
        <w:spacing w:before="240" w:after="120"/>
        <w:rPr>
          <w:lang w:val="fi-FI"/>
        </w:rPr>
      </w:pPr>
      <w:r w:rsidRPr="00600150">
        <w:rPr>
          <w:rFonts w:ascii="Arial" w:hAnsi="Arial"/>
          <w:sz w:val="32"/>
          <w:lang w:val="fi-FI"/>
        </w:rPr>
        <w:lastRenderedPageBreak/>
        <w:t>2. Toiminta-ajatus, arvot ja ammatilliset menetelmät</w:t>
      </w:r>
    </w:p>
    <w:p w14:paraId="3DCB1A45" w14:textId="77777777" w:rsidR="001D4935" w:rsidRPr="00600150" w:rsidRDefault="001840E9" w:rsidP="00353067">
      <w:pPr>
        <w:pStyle w:val="Otsikko2"/>
        <w:spacing w:after="240"/>
        <w:rPr>
          <w:lang w:val="fi-FI"/>
        </w:rPr>
      </w:pPr>
      <w:r w:rsidRPr="00600150">
        <w:rPr>
          <w:rFonts w:ascii="Arial" w:hAnsi="Arial"/>
          <w:lang w:val="fi-FI"/>
        </w:rPr>
        <w:t xml:space="preserve">2.1 </w:t>
      </w:r>
      <w:r w:rsidRPr="00600150">
        <w:rPr>
          <w:rStyle w:val="Otsikko2Char"/>
          <w:rFonts w:ascii="Arial" w:hAnsi="Arial"/>
          <w:b/>
          <w:bCs/>
          <w:lang w:val="fi-FI"/>
        </w:rPr>
        <w:t>Toiminta-ajatus ja kohderyhmä</w:t>
      </w:r>
    </w:p>
    <w:p w14:paraId="33BBADFF" w14:textId="77777777" w:rsidR="00F75DEA" w:rsidRPr="00F75DEA" w:rsidRDefault="00F75DEA" w:rsidP="00F75DEA">
      <w:pPr>
        <w:rPr>
          <w:lang w:val="fi-FI"/>
        </w:rPr>
      </w:pPr>
      <w:r w:rsidRPr="00F75DEA">
        <w:rPr>
          <w:sz w:val="20"/>
          <w:lang w:val="fi-FI"/>
        </w:rPr>
        <w:t>Perhekoti Nuorisolaiset on vuonna 2025 perustettu Etelä-Suomen aluehallintoviraston valvoma ammatillinen perhekoti. Perhekoti Nuorisolaiset tuottaa palveluita Lastensuojelun yksityisten sijaishuoltopalveluiden tarpeessa oleville lapsille (12–17-vuotiaat), sekä lastensuojelulain mukaista jälkihuoltoa.</w:t>
      </w:r>
    </w:p>
    <w:p w14:paraId="420EDCD0" w14:textId="77777777" w:rsidR="00F75DEA" w:rsidRPr="00F75DEA" w:rsidRDefault="00F75DEA" w:rsidP="00F75DEA">
      <w:pPr>
        <w:rPr>
          <w:lang w:val="fi-FI"/>
        </w:rPr>
      </w:pPr>
      <w:r w:rsidRPr="00F75DEA">
        <w:rPr>
          <w:sz w:val="20"/>
          <w:lang w:val="fi-FI"/>
        </w:rPr>
        <w:t>Perhekoti sijaitsee Sammatin alueella, jossa ympäröivä rauhallinen ja luonnonläheinen ympäristö tukee lasten ja nuorten hyvinvointia. Alue tarjoaa turvallisen elinympäristön sekä viihtyisän asumisen maaseudun rauhassa. Kirkonkylä, jossa sijaitsevat koulu ja kaupat, on noin 3,5 km päässä. Pääkaupunkiseudulle ja Turkuun on noin 60–100 km matka, ja linja-autolla niihin pääsee tunnissa.</w:t>
      </w:r>
    </w:p>
    <w:p w14:paraId="4F39F4D9" w14:textId="77777777" w:rsidR="00F75DEA" w:rsidRPr="00F75DEA" w:rsidRDefault="00F75DEA" w:rsidP="00F75DEA">
      <w:pPr>
        <w:rPr>
          <w:lang w:val="fi-FI"/>
        </w:rPr>
      </w:pPr>
      <w:r w:rsidRPr="00F75DEA">
        <w:rPr>
          <w:sz w:val="20"/>
          <w:lang w:val="fi-FI"/>
        </w:rPr>
        <w:t>Perhekoti Nuorisolaiset toimii vuokrakiinteistössä, jossa yrittäjät / perhekotivanhemmat Katja ja Jarno Ikonen asuvat yhdessä perhekotiin sijoitettujen lasten kanssa. Perhekotivanhemmilla on laaja työkokemus ja asiantuntemus päihde- ja mielenterveystyöstä, psykiatrisesta erikoissairaanhoidosta sekä vaativasta lastensuojelutyöstä. Heillä on vakiintunut elämäntilanne, ja heidän taustallaan on 30 vuoden parisuhde sekä aikuiset lapset. Lisäksi heillä on henkilökohtaista kokemusta neuropsykiatristen erityislasten vanhemmuudesta lapsuudesta aikuisuuteen.</w:t>
      </w:r>
    </w:p>
    <w:p w14:paraId="7D730823" w14:textId="77777777" w:rsidR="00F75DEA" w:rsidRPr="00F75DEA" w:rsidRDefault="00F75DEA" w:rsidP="00F75DEA">
      <w:pPr>
        <w:rPr>
          <w:lang w:val="fi-FI"/>
        </w:rPr>
      </w:pPr>
      <w:r w:rsidRPr="00F75DEA">
        <w:rPr>
          <w:sz w:val="20"/>
          <w:lang w:val="fi-FI"/>
        </w:rPr>
        <w:t>Perhekoti Nuorisolaisten visiona on olla alueellisesti tunnettu sijaishuollon palvelujen tuottaja, joka seuraa ja raportoi palveluntuotantonsa laatua ja vaikuttavuutta THL:n suositusten mukaisesti. Perhekoti Nuorisolaiset haluaa olla mukana tuottamassa laadukkaita lasten ja nuorten arjen hyvinvointia ja mielenterveyttä tukevia toimintoja. Perhekoti Nuorisolaiset tarjoaa huostaanotetuille lapsille turvallisen ja rauhallisen arjen sekä yksilöllisesti suunniteltuja harrastusmahdollisuuksia. Henkilökuntamme vahva sosiaali- ja terveydenhuollon koulutus, kokemus ja osaaminen takaavat läsnä olevan, kuuntelevan ja terapeuttisen työotteen. Meillä on aito halu ja motivaatio tehdä laadukasta, tavoitteellista ja asiakaslähtöistä lastensuojelutyötä.</w:t>
      </w:r>
    </w:p>
    <w:p w14:paraId="410C28B7" w14:textId="77777777" w:rsidR="00F75DEA" w:rsidRPr="00F75DEA" w:rsidRDefault="00F75DEA" w:rsidP="00F75DEA">
      <w:pPr>
        <w:rPr>
          <w:lang w:val="fi-FI"/>
        </w:rPr>
      </w:pPr>
      <w:r w:rsidRPr="00F75DEA">
        <w:rPr>
          <w:sz w:val="20"/>
          <w:lang w:val="fi-FI"/>
        </w:rPr>
        <w:t>Lapset osallistuvat arjen askareisiin, kuten kodin siisteyden ylläpitoon ja halutessaan ruoanlaittoon ja lemmikkieläinten hoitoon yhdessä työntekijöiden kanssa, ikätasolle ominaisella ja sopivalla tavalla. Ruoan valmistamista ja leivontaa harjoitellaan yhdessä, ja lapsille annetaan mahdollisuus tehdä asioita itse, jos he niin haluavat. Lisäksi opetellaan muita itsenäistymiseen ja arkeen liittyviä taitoja, kuten työ- ja opiskelupaikan hakua, kodinhoitoa, korjaustöitä sekä fyysistä ja psyykkistä hyvinvointia tukevia taitoja.</w:t>
      </w:r>
    </w:p>
    <w:p w14:paraId="0A82D405" w14:textId="77777777" w:rsidR="00F75DEA" w:rsidRPr="00F75DEA" w:rsidRDefault="00F75DEA" w:rsidP="00F75DEA">
      <w:pPr>
        <w:rPr>
          <w:lang w:val="fi-FI"/>
        </w:rPr>
      </w:pPr>
      <w:r w:rsidRPr="00F75DEA">
        <w:rPr>
          <w:sz w:val="20"/>
          <w:lang w:val="fi-FI"/>
        </w:rPr>
        <w:t>Kaiken toiminnan keskiössä on aikuisen kiireetön läsnäolo ja lapsen kuunteleminen. Dialoginen vuorovaikutus on perhekodin arjessa koko ajan läsnä. Kasvatuksellisesti pyritään opettamaan sosiaalisia vuorovaikutustaitoja ja ihmisten kohtaamista erilaisissa suhteissa ja toimintaympäristöissä, valmentaen lasta vastuulliseen aikuisuuteen. Säännöllinen arkirytmi ja mielekkäät harrastukset luovat perhekodin lapsille turvallisen ja vakaan kasvuympäristön.</w:t>
      </w:r>
    </w:p>
    <w:p w14:paraId="580C67A2" w14:textId="51FC169D" w:rsidR="00F75DEA" w:rsidRPr="00F75DEA" w:rsidRDefault="00F75DEA" w:rsidP="00F75DEA">
      <w:pPr>
        <w:rPr>
          <w:lang w:val="fi-FI"/>
        </w:rPr>
      </w:pPr>
      <w:r w:rsidRPr="00F75DEA">
        <w:rPr>
          <w:sz w:val="20"/>
          <w:lang w:val="fi-FI"/>
        </w:rPr>
        <w:t xml:space="preserve">Aktiivinen yhteistyö ja kumppanuus lapsen perheen ja verkostojen kanssa on olennainen osa Perhekoti Nuorisolaisten toimintaa. Perheen osallisuutta ja jaettua vastuuta päätöksenteossa tuetaan, jotta sijaishuollon tavoitteet voidaan saavuttaa. Hyvä yhteistyö ja sujuva tiedonkulku ovat tärkeitä lapsen itsetunnon, minäkuvan sekä perheyhteisöön kuulumisen ja osallisuuden vahvistamisessa. Perhekoti tekee tiivistä, lapsilähtöistä yhteistyötä arjen eri toimijoiden, kuten koulujen, erikoissairaanhoidon sekä yksilöllisten terapia- ja tukipalveluiden kanssa. </w:t>
      </w:r>
    </w:p>
    <w:p w14:paraId="6EF084F2" w14:textId="77777777" w:rsidR="00600150" w:rsidRPr="00600150" w:rsidRDefault="00600150" w:rsidP="006364E0">
      <w:pPr>
        <w:rPr>
          <w:lang w:val="fi-FI"/>
        </w:rPr>
      </w:pPr>
    </w:p>
    <w:p w14:paraId="1C29229D" w14:textId="77777777" w:rsidR="006364E0" w:rsidRPr="00600150" w:rsidRDefault="00600150" w:rsidP="00353067">
      <w:pPr>
        <w:pStyle w:val="Otsikko2"/>
        <w:spacing w:after="240"/>
        <w:rPr>
          <w:lang w:val="fi-FI"/>
        </w:rPr>
      </w:pPr>
      <w:r>
        <w:rPr>
          <w:rFonts w:ascii="Arial" w:hAnsi="Arial"/>
          <w:lang w:val="fi-FI"/>
        </w:rPr>
        <w:lastRenderedPageBreak/>
        <w:t xml:space="preserve">2.2 </w:t>
      </w:r>
      <w:r w:rsidR="006364E0" w:rsidRPr="00600150">
        <w:rPr>
          <w:rFonts w:ascii="Arial" w:hAnsi="Arial"/>
          <w:lang w:val="fi-FI"/>
        </w:rPr>
        <w:t>Toimitilat ja tilojen käytön periaatteet:</w:t>
      </w:r>
    </w:p>
    <w:p w14:paraId="7121ADAF" w14:textId="77777777" w:rsidR="00F75DEA" w:rsidRPr="00F75DEA" w:rsidRDefault="00F75DEA" w:rsidP="00F75DEA">
      <w:pPr>
        <w:rPr>
          <w:bCs/>
          <w:lang w:val="fi-FI"/>
        </w:rPr>
      </w:pPr>
      <w:r w:rsidRPr="00F75DEA">
        <w:rPr>
          <w:bCs/>
          <w:sz w:val="20"/>
          <w:lang w:val="fi-FI"/>
        </w:rPr>
        <w:t>Kiinteistökokonaisuudessa on useampia rakennuksia, joista perhekoti sijaitsee rakennuksessa 1. Rakennuksessa on kaksi erillistä asuinhuoneistoa; iso 407m2 ja pienempi päätyhuoneisto 70m2/100m2. Perhekodin käyttöön on tällä hetkellä vuokrattu 407m2 huoneisto.</w:t>
      </w:r>
    </w:p>
    <w:p w14:paraId="34110BCF" w14:textId="77777777" w:rsidR="00F75DEA" w:rsidRPr="00F75DEA" w:rsidRDefault="00F75DEA" w:rsidP="00F75DEA">
      <w:pPr>
        <w:rPr>
          <w:bCs/>
          <w:lang w:val="fi-FI"/>
        </w:rPr>
      </w:pPr>
      <w:r w:rsidRPr="00F75DEA">
        <w:rPr>
          <w:bCs/>
          <w:sz w:val="20"/>
          <w:lang w:val="fi-FI"/>
        </w:rPr>
        <w:t>Perhekodissa on tällä hetkellä kuusi tilavaa makuuhuonetta, sekä valmius kahteen lisähuoneeseen huonetiloja jakamalla. Jokaisen makuuhuoneen ovessa on ulkopuolelta avaimella avattava lukko, mutta joka avautuu sisäpuolelta ilman avainta. Makuuhuoneet on kalustettu ja niissä on sänky, yöpöytä, kirjoituspöytä, tuoli ja vaatekaappi. Lapset saavat itse osallistua huoneensa sisustamiseen piensisustuksen kautta. Perhekodin tilat ovat viihtyisät ja avarat, mutta omaa rauhaisaa tilaa löytyy kiinteistön eri puolilta runsaasti. Lapsen oma huone, on lapsen omaa tilaa, jonne ei mennä ilman lapsen lupaa. Lapsi voi myös halutessaan pitää huoneensa ovea lukittuna.</w:t>
      </w:r>
    </w:p>
    <w:p w14:paraId="0CFEDA25" w14:textId="77777777" w:rsidR="00F75DEA" w:rsidRPr="00F75DEA" w:rsidRDefault="00F75DEA" w:rsidP="00F75DEA">
      <w:pPr>
        <w:rPr>
          <w:bCs/>
          <w:lang w:val="fi-FI"/>
        </w:rPr>
      </w:pPr>
      <w:r w:rsidRPr="00F75DEA">
        <w:rPr>
          <w:bCs/>
          <w:sz w:val="20"/>
          <w:lang w:val="fi-FI"/>
        </w:rPr>
        <w:t xml:space="preserve">Perhekodin keskeisellä paikalla sijaitsevat yhteinen keittiö, ruokailutila ja tilava, noin 100 m²:n kokoinen olohuone tarjoavat monipuoliset puitteet yhteiselle tekemiselle. Näissä tiloissa vietetään päivittäin aikaa yhdessä ruokaillen, keskustellen, television äärellä, pelaten ja kotitöitä tehden. Avarassa avokeittiössä on runsaasti tilaa koko perhekodin väelle leivontaan, askarteluun ja muihin yhteisiin puuhiin. Käytössä on myös toinen tilava olohuone perhekodin nuorten omien huoneiden välittömässä läheisyydessä. Tässä huoneessa voi viettää yhdessä aikaa, pelailla </w:t>
      </w:r>
      <w:proofErr w:type="spellStart"/>
      <w:r w:rsidRPr="00F75DEA">
        <w:rPr>
          <w:bCs/>
          <w:sz w:val="20"/>
          <w:lang w:val="fi-FI"/>
        </w:rPr>
        <w:t>playstationia</w:t>
      </w:r>
      <w:proofErr w:type="spellEnd"/>
      <w:r w:rsidRPr="00F75DEA">
        <w:rPr>
          <w:bCs/>
          <w:sz w:val="20"/>
          <w:lang w:val="fi-FI"/>
        </w:rPr>
        <w:t xml:space="preserve"> tai katsella sarjoja ja elokuvia.</w:t>
      </w:r>
    </w:p>
    <w:p w14:paraId="28037E08" w14:textId="77777777" w:rsidR="00F75DEA" w:rsidRPr="00F75DEA" w:rsidRDefault="00F75DEA" w:rsidP="00F75DEA">
      <w:pPr>
        <w:rPr>
          <w:bCs/>
          <w:lang w:val="fi-FI"/>
        </w:rPr>
      </w:pPr>
      <w:r w:rsidRPr="00F75DEA">
        <w:rPr>
          <w:bCs/>
          <w:sz w:val="20"/>
          <w:lang w:val="fi-FI"/>
        </w:rPr>
        <w:t xml:space="preserve">Perhekodissa on tilava pesuhuone, jossa on kaksi suihkua, kylpyamme ja sauna. Lisäksi käytössä on kolme erillistä wc-tilaa, joista suurimmassa on kaksi lavuaaria ja tilava vetolaatikko jokaisen nuoren henkilökohtaiseen käyttöön. Yhdessä wc-tilassa on myös suihku, ja kodinhoitohuoneessa on lisäksi </w:t>
      </w:r>
      <w:proofErr w:type="spellStart"/>
      <w:r w:rsidRPr="00F75DEA">
        <w:rPr>
          <w:bCs/>
          <w:sz w:val="20"/>
          <w:lang w:val="fi-FI"/>
        </w:rPr>
        <w:t>höyreysuihku</w:t>
      </w:r>
      <w:proofErr w:type="spellEnd"/>
      <w:r w:rsidRPr="00F75DEA">
        <w:rPr>
          <w:bCs/>
          <w:sz w:val="20"/>
          <w:lang w:val="fi-FI"/>
        </w:rPr>
        <w:t>. Perhekodin wc-tilat ja keittiö siivotaan usein/tarpeen mukaan, vähintään kerran viikossa. Wc:ssä ja keittiössä on käytössä käsisaippuat. Wc:ssä jokaisella lapsella on oma käsipyyhe, jotka vaihdetaan viikoittain tai useammin, tarpeen mukaan.</w:t>
      </w:r>
    </w:p>
    <w:p w14:paraId="2906C26A" w14:textId="77777777" w:rsidR="00F75DEA" w:rsidRPr="00F75DEA" w:rsidRDefault="00F75DEA" w:rsidP="00F75DEA">
      <w:pPr>
        <w:rPr>
          <w:bCs/>
          <w:lang w:val="fi-FI"/>
        </w:rPr>
      </w:pPr>
      <w:r w:rsidRPr="00F75DEA">
        <w:rPr>
          <w:bCs/>
          <w:sz w:val="20"/>
          <w:lang w:val="fi-FI"/>
        </w:rPr>
        <w:t>Perhekodissa on tilava kodinhoitohuone, jossa on pesukone, kuivausrumpu ja tilaa pyykin kuivaukseen telineillä. Kodinhoitohuoneessa on myös laskutilaa tasoilla pyykkihuoltoa varten sekä säilytystilaa kodinhoitoon liittyville välineille ja aineille. Puhdistus- ja pesuaineille on oma lukittava kaappi kodinhoitohuoneessa. Lisäksi perhekodissa on runsaasti eteis- ja aulatilaa, joiden kaappeihin ja naulakoihin mahtuu hyvin kaikki asukkaiden harrastusvälineet, ulko- ja kausivaatteet sekä kengät.</w:t>
      </w:r>
    </w:p>
    <w:p w14:paraId="035D1741" w14:textId="77777777" w:rsidR="00F75DEA" w:rsidRPr="00F75DEA" w:rsidRDefault="00F75DEA" w:rsidP="00F75DEA">
      <w:pPr>
        <w:rPr>
          <w:bCs/>
          <w:lang w:val="fi-FI"/>
        </w:rPr>
      </w:pPr>
      <w:r w:rsidRPr="00F75DEA">
        <w:rPr>
          <w:bCs/>
          <w:sz w:val="20"/>
          <w:lang w:val="fi-FI"/>
        </w:rPr>
        <w:t>Perhekodissa on lukittava toimisto, jossa säilytetään erikseen lukittavassa kaapissa nuorten asiakirjat nimetyissä kansioissaan, sekä erillinen lukittava lääkekaappi, jossa säilytetään lääkkeet, nuorten dosetit sekä ajantasaiset lääkelistat Nappula-asiakastietojärjestelmästä tulostettuna. lääkehoitoon liittyvät välineet, mittarit (verenpaine-, kuume-, verensokerimittarit ja pulssioksimetri) säilytetään lääkekaapin avoimella tasolla yhdessä ensiaputarvikkeiden kanssa.</w:t>
      </w:r>
    </w:p>
    <w:p w14:paraId="2551DBAD" w14:textId="77777777" w:rsidR="00F75DEA" w:rsidRPr="00F75DEA" w:rsidRDefault="00F75DEA" w:rsidP="00F75DEA">
      <w:pPr>
        <w:rPr>
          <w:bCs/>
          <w:lang w:val="fi-FI"/>
        </w:rPr>
      </w:pPr>
      <w:r w:rsidRPr="00F75DEA">
        <w:rPr>
          <w:bCs/>
          <w:sz w:val="20"/>
          <w:lang w:val="fi-FI"/>
        </w:rPr>
        <w:t>Perhekodissa on suuri piha-alue, jossa mahtuu pelaamaan erilaisia pihapelejä. Maaseutuympäristö tarjoaa luonnonrauhaa. Tilavalla piha-alueella pystyy toteuttamaan myös ajoneuvon käsittelyharjoittelua opetusluvalla suoritettavaa mopokorttia ja henkilöautokorttia varten. Täysi-</w:t>
      </w:r>
      <w:proofErr w:type="spellStart"/>
      <w:r w:rsidRPr="00F75DEA">
        <w:rPr>
          <w:bCs/>
          <w:sz w:val="20"/>
          <w:lang w:val="fi-FI"/>
        </w:rPr>
        <w:t>ikäistyvä</w:t>
      </w:r>
      <w:proofErr w:type="spellEnd"/>
      <w:r w:rsidRPr="00F75DEA">
        <w:rPr>
          <w:bCs/>
          <w:sz w:val="20"/>
          <w:lang w:val="fi-FI"/>
        </w:rPr>
        <w:t xml:space="preserve"> lapsi voi suorittaa perhekodissa ajokortin sijaisvanhempien opetusluvalla, mikäli hän itse haluaa ja saa siihen luvan sosiaalityöntekijältä, eikä asiassa ole terveydellisiä esteitä.</w:t>
      </w:r>
    </w:p>
    <w:p w14:paraId="50654520" w14:textId="77777777" w:rsidR="00F75DEA" w:rsidRPr="00F75DEA" w:rsidRDefault="00F75DEA" w:rsidP="00F75DEA">
      <w:pPr>
        <w:rPr>
          <w:bCs/>
          <w:lang w:val="fi-FI"/>
        </w:rPr>
      </w:pPr>
      <w:r w:rsidRPr="00F75DEA">
        <w:rPr>
          <w:bCs/>
          <w:sz w:val="20"/>
          <w:lang w:val="fi-FI"/>
        </w:rPr>
        <w:t xml:space="preserve">Jätehuolto toteutetaan lajittelemalla jätteet asianmukaisesti ja lapsia opetetaan ja </w:t>
      </w:r>
      <w:proofErr w:type="spellStart"/>
      <w:r w:rsidRPr="00F75DEA">
        <w:rPr>
          <w:bCs/>
          <w:sz w:val="20"/>
          <w:lang w:val="fi-FI"/>
        </w:rPr>
        <w:t>osallistetaan</w:t>
      </w:r>
      <w:proofErr w:type="spellEnd"/>
      <w:r w:rsidRPr="00F75DEA">
        <w:rPr>
          <w:bCs/>
          <w:sz w:val="20"/>
          <w:lang w:val="fi-FI"/>
        </w:rPr>
        <w:t xml:space="preserve"> jätteiden kierrätykseen. Jätteiden lajittelussa käytössä ovat biojäte ja sekajäte. Yleisille jätekeräyspaikoille toimitetaan pahvit, muovit, paperi, lasit sekä paristot.</w:t>
      </w:r>
    </w:p>
    <w:p w14:paraId="5819CF30" w14:textId="77777777" w:rsidR="00F75DEA" w:rsidRPr="00F75DEA" w:rsidRDefault="00F75DEA" w:rsidP="00B90690">
      <w:pPr>
        <w:rPr>
          <w:bCs/>
          <w:lang w:val="fi-FI"/>
        </w:rPr>
      </w:pPr>
      <w:r w:rsidRPr="00F75DEA">
        <w:rPr>
          <w:bCs/>
          <w:sz w:val="20"/>
          <w:lang w:val="fi-FI"/>
        </w:rPr>
        <w:lastRenderedPageBreak/>
        <w:t>Teknologiset ratkaisut: Ei ole käytössä</w:t>
      </w:r>
    </w:p>
    <w:p w14:paraId="712E5A39" w14:textId="234A219C" w:rsidR="00832349" w:rsidRDefault="00F75DEA">
      <w:pPr>
        <w:rPr>
          <w:lang w:val="fi-FI"/>
        </w:rPr>
      </w:pPr>
      <w:r w:rsidRPr="00F75DEA">
        <w:rPr>
          <w:bCs/>
          <w:sz w:val="20"/>
          <w:lang w:val="fi-FI"/>
        </w:rPr>
        <w:t xml:space="preserve">Terveydenhuollon laitteet: Verenpainemittari, korvakuumemittari, verensokerimittari, </w:t>
      </w:r>
      <w:r w:rsidRPr="00222133">
        <w:rPr>
          <w:bCs/>
          <w:sz w:val="20"/>
          <w:lang w:val="fi-FI"/>
        </w:rPr>
        <w:t>pulssioksimetri</w:t>
      </w:r>
      <w:r w:rsidR="00DB2915" w:rsidRPr="00E1147B">
        <w:rPr>
          <w:bCs/>
          <w:color w:val="EE0000"/>
          <w:sz w:val="20"/>
          <w:lang w:val="fi-FI"/>
        </w:rPr>
        <w:t xml:space="preserve">. </w:t>
      </w:r>
      <w:r w:rsidR="00DB2915">
        <w:rPr>
          <w:bCs/>
          <w:sz w:val="20"/>
          <w:lang w:val="fi-FI"/>
        </w:rPr>
        <w:t>laitteiden kunnos</w:t>
      </w:r>
      <w:r w:rsidR="00222133">
        <w:rPr>
          <w:bCs/>
          <w:sz w:val="20"/>
          <w:lang w:val="fi-FI"/>
        </w:rPr>
        <w:t>sa</w:t>
      </w:r>
      <w:r w:rsidR="00DB2915">
        <w:rPr>
          <w:bCs/>
          <w:sz w:val="20"/>
          <w:lang w:val="fi-FI"/>
        </w:rPr>
        <w:t>pidosta ja kalibroinnista vastaa Jarno Ikonen</w:t>
      </w:r>
    </w:p>
    <w:p w14:paraId="1A482B3B" w14:textId="77777777" w:rsidR="00904280" w:rsidRPr="00904280" w:rsidRDefault="00904280">
      <w:pPr>
        <w:rPr>
          <w:lang w:val="fi-FI"/>
        </w:rPr>
      </w:pPr>
    </w:p>
    <w:p w14:paraId="5DAF26E9" w14:textId="77777777" w:rsidR="001D4935" w:rsidRPr="00600150" w:rsidRDefault="001840E9" w:rsidP="00353067">
      <w:pPr>
        <w:pStyle w:val="Otsikko2"/>
        <w:spacing w:after="240"/>
        <w:rPr>
          <w:lang w:val="fi-FI"/>
        </w:rPr>
      </w:pPr>
      <w:r w:rsidRPr="00600150">
        <w:rPr>
          <w:rFonts w:ascii="Arial" w:hAnsi="Arial"/>
          <w:lang w:val="fi-FI"/>
        </w:rPr>
        <w:t>2.</w:t>
      </w:r>
      <w:r w:rsidR="00600150">
        <w:rPr>
          <w:rFonts w:ascii="Arial" w:hAnsi="Arial"/>
          <w:lang w:val="fi-FI"/>
        </w:rPr>
        <w:t>3</w:t>
      </w:r>
      <w:r w:rsidRPr="00600150">
        <w:rPr>
          <w:rFonts w:ascii="Arial" w:hAnsi="Arial"/>
          <w:lang w:val="fi-FI"/>
        </w:rPr>
        <w:t xml:space="preserve"> Arvot ja toimintaperiaatteet</w:t>
      </w:r>
    </w:p>
    <w:p w14:paraId="2374A67E" w14:textId="77777777" w:rsidR="00CF48B3" w:rsidRDefault="00CF48B3" w:rsidP="00CF48B3">
      <w:pPr>
        <w:rPr>
          <w:lang w:val="fi-FI"/>
        </w:rPr>
      </w:pPr>
      <w:r w:rsidRPr="00600150">
        <w:rPr>
          <w:sz w:val="20"/>
          <w:lang w:val="fi-FI"/>
        </w:rPr>
        <w:t>Toimintamme on arvosidonnaista ja perustuu pitkäjänteiseen sitoutumiseen lapsen hyvinvoinnin tukemisessa.</w:t>
      </w:r>
    </w:p>
    <w:p w14:paraId="4D23EE30" w14:textId="77777777" w:rsidR="00B90690" w:rsidRPr="00FA494F" w:rsidRDefault="00B90690" w:rsidP="00B90690">
      <w:pPr>
        <w:spacing w:after="0"/>
        <w:rPr>
          <w:lang w:val="fi-FI"/>
        </w:rPr>
      </w:pPr>
      <w:r w:rsidRPr="00FA494F">
        <w:rPr>
          <w:sz w:val="20"/>
          <w:lang w:val="fi-FI"/>
        </w:rPr>
        <w:t>Perhekoti Nuorisolaisten ensisijainen tavoite on tarjota lapsille turvallinen ja hyväksyvä kasvuympäristö, jossa he voivat tuntea kuuluvansa perhekotiyhteisöön ja saada tarvitsemaansa hoivaa ja huolenpitoa. Kaksi kotona työskentelevää perhekotivanhempaa ovat läsnä lapsen arjessa ja tukevat hänen hyvinvointiaan.</w:t>
      </w:r>
    </w:p>
    <w:p w14:paraId="76758D0A" w14:textId="77777777" w:rsidR="00B90690" w:rsidRDefault="00B90690" w:rsidP="00CF48B3">
      <w:pPr>
        <w:rPr>
          <w:lang w:val="fi-FI"/>
        </w:rPr>
      </w:pPr>
    </w:p>
    <w:p w14:paraId="10B06988" w14:textId="068BF2B9" w:rsidR="00904280" w:rsidRDefault="00904280" w:rsidP="00855762">
      <w:pPr>
        <w:rPr>
          <w:b/>
          <w:bCs/>
          <w:lang w:val="fi-FI"/>
        </w:rPr>
      </w:pPr>
      <w:r w:rsidRPr="00FA494F">
        <w:rPr>
          <w:b/>
          <w:bCs/>
          <w:sz w:val="20"/>
          <w:lang w:val="fi-FI"/>
        </w:rPr>
        <w:t>Perhekodin ydinarvot:</w:t>
      </w:r>
    </w:p>
    <w:p w14:paraId="5ACD49B1" w14:textId="77777777" w:rsidR="00FA494F" w:rsidRPr="00FA494F" w:rsidRDefault="00FA494F" w:rsidP="00904280">
      <w:pPr>
        <w:spacing w:after="0"/>
        <w:rPr>
          <w:b/>
          <w:bCs/>
          <w:lang w:val="fi-FI"/>
        </w:rPr>
      </w:pPr>
    </w:p>
    <w:p w14:paraId="1090E97D" w14:textId="77777777" w:rsidR="00CF48B3" w:rsidRPr="00600150" w:rsidRDefault="00CF48B3" w:rsidP="00CF48B3">
      <w:pPr>
        <w:numPr>
          <w:ilvl w:val="0"/>
          <w:numId w:val="11"/>
        </w:numPr>
        <w:spacing w:after="160" w:line="259" w:lineRule="auto"/>
        <w:rPr>
          <w:lang w:val="fi-FI"/>
        </w:rPr>
      </w:pPr>
      <w:r w:rsidRPr="00600150">
        <w:rPr>
          <w:i/>
          <w:iCs/>
          <w:sz w:val="20"/>
          <w:lang w:val="fi-FI"/>
        </w:rPr>
        <w:t>Oikeudenmukaisuus, tasa-arvoisuus ja yksilöllisyys</w:t>
      </w:r>
      <w:r w:rsidRPr="00600150">
        <w:rPr>
          <w:sz w:val="20"/>
          <w:lang w:val="fi-FI"/>
        </w:rPr>
        <w:t xml:space="preserve"> – Jokainen lapsi saa hoitoa ja kasvatusta omien tarpeidensa ja haasteidensa mukaisesti.</w:t>
      </w:r>
    </w:p>
    <w:p w14:paraId="225A2040" w14:textId="77777777" w:rsidR="00CF48B3" w:rsidRPr="00600150" w:rsidRDefault="00CF48B3" w:rsidP="00CF48B3">
      <w:pPr>
        <w:numPr>
          <w:ilvl w:val="0"/>
          <w:numId w:val="11"/>
        </w:numPr>
        <w:spacing w:after="160" w:line="259" w:lineRule="auto"/>
        <w:rPr>
          <w:lang w:val="fi-FI"/>
        </w:rPr>
      </w:pPr>
      <w:r w:rsidRPr="00600150">
        <w:rPr>
          <w:i/>
          <w:iCs/>
          <w:sz w:val="20"/>
          <w:lang w:val="fi-FI"/>
        </w:rPr>
        <w:t>Johdonmukaisuus ja tavoitteellisuus</w:t>
      </w:r>
      <w:r w:rsidRPr="00600150">
        <w:rPr>
          <w:sz w:val="20"/>
          <w:lang w:val="fi-FI"/>
        </w:rPr>
        <w:t xml:space="preserve"> – Kasvatustyömme on suunnitelmallista ja pitkäjänteistä.</w:t>
      </w:r>
    </w:p>
    <w:p w14:paraId="769407CB" w14:textId="77777777" w:rsidR="00CF48B3" w:rsidRPr="00600150" w:rsidRDefault="00CF48B3" w:rsidP="00CF48B3">
      <w:pPr>
        <w:numPr>
          <w:ilvl w:val="0"/>
          <w:numId w:val="11"/>
        </w:numPr>
        <w:spacing w:after="160" w:line="259" w:lineRule="auto"/>
        <w:rPr>
          <w:lang w:val="fi-FI"/>
        </w:rPr>
      </w:pPr>
      <w:r w:rsidRPr="00600150">
        <w:rPr>
          <w:i/>
          <w:iCs/>
          <w:sz w:val="20"/>
          <w:lang w:val="fi-FI"/>
        </w:rPr>
        <w:t>Rehellisyys ja avoimuus</w:t>
      </w:r>
      <w:r w:rsidRPr="00600150">
        <w:rPr>
          <w:sz w:val="20"/>
          <w:lang w:val="fi-FI"/>
        </w:rPr>
        <w:t xml:space="preserve"> – Toimimme läpinäkyvästi ja luottamusta rakentavasti.</w:t>
      </w:r>
    </w:p>
    <w:p w14:paraId="27FC0111" w14:textId="77777777" w:rsidR="00CF48B3" w:rsidRPr="00600150" w:rsidRDefault="00CF48B3" w:rsidP="00CF48B3">
      <w:pPr>
        <w:numPr>
          <w:ilvl w:val="0"/>
          <w:numId w:val="11"/>
        </w:numPr>
        <w:spacing w:after="160" w:line="259" w:lineRule="auto"/>
        <w:rPr>
          <w:lang w:val="fi-FI"/>
        </w:rPr>
      </w:pPr>
      <w:r w:rsidRPr="00600150">
        <w:rPr>
          <w:i/>
          <w:iCs/>
          <w:sz w:val="20"/>
          <w:lang w:val="fi-FI"/>
        </w:rPr>
        <w:t>Kunnioitus</w:t>
      </w:r>
      <w:r w:rsidRPr="00600150">
        <w:rPr>
          <w:sz w:val="20"/>
          <w:lang w:val="fi-FI"/>
        </w:rPr>
        <w:t xml:space="preserve"> – Jokainen kohtaaminen perustuu toisen arvostamiseen ja kunnioittavaan käytökseen.</w:t>
      </w:r>
    </w:p>
    <w:p w14:paraId="09C1A8A5" w14:textId="77777777" w:rsidR="00CF48B3" w:rsidRPr="004B6497" w:rsidRDefault="00CF48B3" w:rsidP="00CF48B3">
      <w:pPr>
        <w:numPr>
          <w:ilvl w:val="0"/>
          <w:numId w:val="11"/>
        </w:numPr>
        <w:spacing w:after="160" w:line="259" w:lineRule="auto"/>
      </w:pPr>
      <w:r w:rsidRPr="00600150">
        <w:rPr>
          <w:i/>
          <w:iCs/>
          <w:sz w:val="20"/>
          <w:lang w:val="fi-FI"/>
        </w:rPr>
        <w:t>Turvallisuus</w:t>
      </w:r>
      <w:r w:rsidRPr="00600150">
        <w:rPr>
          <w:sz w:val="20"/>
          <w:lang w:val="fi-FI"/>
        </w:rPr>
        <w:t xml:space="preserve"> – Jokaisen lapsen tulisi kokea olevansa turvassa perhekodissa sekä muussa toimintaympäristössään. </w:t>
      </w:r>
      <w:r>
        <w:rPr>
          <w:sz w:val="20"/>
        </w:rPr>
        <w:t xml:space="preserve">Perhekoti </w:t>
      </w:r>
      <w:proofErr w:type="spellStart"/>
      <w:r>
        <w:rPr>
          <w:sz w:val="20"/>
        </w:rPr>
        <w:t>sitoutuu</w:t>
      </w:r>
      <w:proofErr w:type="spellEnd"/>
      <w:r>
        <w:rPr>
          <w:sz w:val="20"/>
        </w:rPr>
        <w:t xml:space="preserve"> turvallisuuden </w:t>
      </w:r>
      <w:proofErr w:type="spellStart"/>
      <w:r>
        <w:rPr>
          <w:sz w:val="20"/>
        </w:rPr>
        <w:t>ylläpitämiseen</w:t>
      </w:r>
      <w:proofErr w:type="spellEnd"/>
      <w:r>
        <w:rPr>
          <w:sz w:val="20"/>
        </w:rPr>
        <w:t xml:space="preserve"> </w:t>
      </w:r>
      <w:proofErr w:type="spellStart"/>
      <w:r>
        <w:rPr>
          <w:sz w:val="20"/>
        </w:rPr>
        <w:t>koko</w:t>
      </w:r>
      <w:proofErr w:type="spellEnd"/>
      <w:r>
        <w:rPr>
          <w:sz w:val="20"/>
        </w:rPr>
        <w:t xml:space="preserve"> </w:t>
      </w:r>
      <w:proofErr w:type="spellStart"/>
      <w:r>
        <w:rPr>
          <w:sz w:val="20"/>
        </w:rPr>
        <w:t>asuinyhteisössä</w:t>
      </w:r>
      <w:proofErr w:type="spellEnd"/>
      <w:r>
        <w:rPr>
          <w:sz w:val="20"/>
        </w:rPr>
        <w:t xml:space="preserve"> ja </w:t>
      </w:r>
      <w:proofErr w:type="spellStart"/>
      <w:r>
        <w:rPr>
          <w:sz w:val="20"/>
        </w:rPr>
        <w:t>lähiympäristössä</w:t>
      </w:r>
      <w:proofErr w:type="spellEnd"/>
      <w:r>
        <w:rPr>
          <w:sz w:val="20"/>
        </w:rPr>
        <w:t xml:space="preserve">  </w:t>
      </w:r>
    </w:p>
    <w:p w14:paraId="656F6FA5" w14:textId="77777777" w:rsidR="00CF48B3" w:rsidRPr="00600150" w:rsidRDefault="00CF48B3" w:rsidP="00CF48B3">
      <w:pPr>
        <w:numPr>
          <w:ilvl w:val="0"/>
          <w:numId w:val="11"/>
        </w:numPr>
        <w:spacing w:after="160" w:line="259" w:lineRule="auto"/>
        <w:rPr>
          <w:lang w:val="fi-FI"/>
        </w:rPr>
      </w:pPr>
      <w:r w:rsidRPr="00600150">
        <w:rPr>
          <w:i/>
          <w:iCs/>
          <w:sz w:val="20"/>
          <w:lang w:val="fi-FI"/>
        </w:rPr>
        <w:t>Perheyhteyden vahvistaminen</w:t>
      </w:r>
      <w:r w:rsidRPr="00600150">
        <w:rPr>
          <w:sz w:val="20"/>
          <w:lang w:val="fi-FI"/>
        </w:rPr>
        <w:t xml:space="preserve"> – Asiakaslähtöisesti toteutettuna koko perhekotisijoituksen ajan.</w:t>
      </w:r>
    </w:p>
    <w:p w14:paraId="7F1B057F" w14:textId="77777777" w:rsidR="00CF48B3" w:rsidRPr="00600150" w:rsidRDefault="00CF48B3" w:rsidP="00CF48B3">
      <w:pPr>
        <w:numPr>
          <w:ilvl w:val="0"/>
          <w:numId w:val="11"/>
        </w:numPr>
        <w:spacing w:after="160" w:line="259" w:lineRule="auto"/>
        <w:rPr>
          <w:lang w:val="fi-FI"/>
        </w:rPr>
      </w:pPr>
      <w:r w:rsidRPr="00600150">
        <w:rPr>
          <w:i/>
          <w:iCs/>
          <w:sz w:val="20"/>
          <w:lang w:val="fi-FI"/>
        </w:rPr>
        <w:t>Moniammatillinen yhteistyö</w:t>
      </w:r>
      <w:r w:rsidRPr="00600150">
        <w:rPr>
          <w:sz w:val="20"/>
          <w:lang w:val="fi-FI"/>
        </w:rPr>
        <w:t xml:space="preserve"> – Teemme tiivistä yhteistyötä eri ammattilaisten kanssa, jotta jokainen lapsi saa tarvitsemansa hoidon ja tuen kehittyäkseen kohti aikuisuutta.</w:t>
      </w:r>
    </w:p>
    <w:p w14:paraId="4AAEE34E" w14:textId="77777777" w:rsidR="00CF48B3" w:rsidRPr="00FA494F" w:rsidRDefault="00CF48B3" w:rsidP="00CF48B3">
      <w:pPr>
        <w:numPr>
          <w:ilvl w:val="0"/>
          <w:numId w:val="11"/>
        </w:numPr>
        <w:spacing w:after="160" w:line="259" w:lineRule="auto"/>
        <w:rPr>
          <w:lang w:val="fi-FI"/>
        </w:rPr>
      </w:pPr>
      <w:r w:rsidRPr="00600150">
        <w:rPr>
          <w:i/>
          <w:iCs/>
          <w:sz w:val="20"/>
          <w:lang w:val="fi-FI"/>
        </w:rPr>
        <w:t>Jatkuvuus</w:t>
      </w:r>
      <w:r w:rsidRPr="00600150">
        <w:rPr>
          <w:sz w:val="20"/>
          <w:lang w:val="fi-FI"/>
        </w:rPr>
        <w:t xml:space="preserve"> - Jälkihuolto ja yhteydenpito perhekotisijoituksen päätyttyä asiakaslähtöisesti toteutettuna.</w:t>
      </w:r>
    </w:p>
    <w:p w14:paraId="3252FF14" w14:textId="77777777" w:rsidR="00CF48B3" w:rsidRPr="00600150" w:rsidRDefault="00CF48B3" w:rsidP="00CF48B3">
      <w:pPr>
        <w:pStyle w:val="Luettelokappale"/>
        <w:spacing w:after="0"/>
        <w:rPr>
          <w:lang w:val="fi-FI"/>
        </w:rPr>
      </w:pPr>
    </w:p>
    <w:p w14:paraId="351070A4" w14:textId="77777777" w:rsidR="00CF48B3" w:rsidRDefault="00CF48B3" w:rsidP="00FA494F">
      <w:pPr>
        <w:spacing w:after="0"/>
        <w:rPr>
          <w:b/>
          <w:bCs/>
          <w:lang w:val="fi-FI"/>
        </w:rPr>
      </w:pPr>
      <w:r w:rsidRPr="00600150">
        <w:rPr>
          <w:b/>
          <w:bCs/>
          <w:sz w:val="20"/>
          <w:lang w:val="fi-FI"/>
        </w:rPr>
        <w:t>Turvallinen ja keskusteleva ilmapiiri</w:t>
      </w:r>
    </w:p>
    <w:p w14:paraId="52BE1D44" w14:textId="77777777" w:rsidR="00CF48B3" w:rsidRPr="00600150" w:rsidRDefault="00CF48B3" w:rsidP="00FA494F">
      <w:pPr>
        <w:spacing w:after="0"/>
        <w:rPr>
          <w:lang w:val="fi-FI"/>
        </w:rPr>
      </w:pPr>
      <w:r w:rsidRPr="00600150">
        <w:rPr>
          <w:sz w:val="20"/>
          <w:lang w:val="fi-FI"/>
        </w:rPr>
        <w:t>Perhekodissamme painotetaan avointa vuorovaikutusta ja keskustelua. Luottamus syntyy, kun perheenjäsenten välillä vallitsee avoimuus, lupa kysyä ja kyseenalaistaa sekä mahdollisuus jakaa ajatuksia turvallisessa ympäristössä. Kunnioittava asenne toisia kohtaan luo yhteenkuuluvuuden tunteen ja vahvistaa lapsen identiteettiä.</w:t>
      </w:r>
    </w:p>
    <w:p w14:paraId="6275A3CD" w14:textId="77777777" w:rsidR="00FA494F" w:rsidRDefault="00B26756" w:rsidP="00FA494F">
      <w:pPr>
        <w:spacing w:after="0"/>
        <w:rPr>
          <w:b/>
          <w:bCs/>
          <w:lang w:val="fi-FI"/>
        </w:rPr>
      </w:pPr>
      <w:r w:rsidRPr="00600150">
        <w:rPr>
          <w:b/>
          <w:bCs/>
          <w:sz w:val="20"/>
          <w:lang w:val="fi-FI"/>
        </w:rPr>
        <w:t xml:space="preserve"> </w:t>
      </w:r>
    </w:p>
    <w:p w14:paraId="5619D11A" w14:textId="77777777" w:rsidR="00CF48B3" w:rsidRDefault="00CF48B3" w:rsidP="00FA494F">
      <w:pPr>
        <w:spacing w:after="0"/>
        <w:rPr>
          <w:b/>
          <w:bCs/>
          <w:lang w:val="fi-FI"/>
        </w:rPr>
      </w:pPr>
      <w:r w:rsidRPr="00600150">
        <w:rPr>
          <w:b/>
          <w:bCs/>
          <w:sz w:val="20"/>
          <w:lang w:val="fi-FI"/>
        </w:rPr>
        <w:t>Lapsen juuret ja sosiaaliset suhteet</w:t>
      </w:r>
    </w:p>
    <w:p w14:paraId="3777C649" w14:textId="77777777" w:rsidR="00B26756" w:rsidRPr="00600150" w:rsidRDefault="00CF48B3" w:rsidP="00FA494F">
      <w:pPr>
        <w:rPr>
          <w:lang w:val="fi-FI"/>
        </w:rPr>
      </w:pPr>
      <w:r w:rsidRPr="00600150">
        <w:rPr>
          <w:sz w:val="20"/>
          <w:lang w:val="fi-FI"/>
        </w:rPr>
        <w:t xml:space="preserve">Jokaisen lapsen historia sekä kulttuuri- ja perhetausta ovat keskeinen osa hänen identiteettiään. Keskustelemme lapsen menneisyydestä silloin, kun lapsi itse haluaa, hänen omalla tavallaan ja tahdillaan. Tuemme lasten ystävyyssuhteita tarjoamalla mahdollisuuden kaverikyläilyihin perhekodilla, </w:t>
      </w:r>
      <w:r w:rsidRPr="00600150">
        <w:rPr>
          <w:sz w:val="20"/>
          <w:lang w:val="fi-FI"/>
        </w:rPr>
        <w:lastRenderedPageBreak/>
        <w:t xml:space="preserve">sekä tarvittaessa kyyditsemme kavereiden luokse kyläilemään.  Lisäksi lapsen suhteet omiin sukulaisiinsa ovat keskeisiä lapsen minäkuvan kehittymiselle, ja perhekoti tukee yhteydenpitoa asiakassuunnitelman mukaisesti esimerkiksi tapaamisten, puheluiden ja digitaalisten viestikanavien avulla. </w:t>
      </w:r>
    </w:p>
    <w:p w14:paraId="73DC6C85" w14:textId="77777777" w:rsidR="00E1147B" w:rsidRDefault="00CF48B3" w:rsidP="00FA494F">
      <w:pPr>
        <w:rPr>
          <w:b/>
          <w:bCs/>
          <w:sz w:val="20"/>
          <w:lang w:val="fi-FI"/>
        </w:rPr>
      </w:pPr>
      <w:r w:rsidRPr="00FA494F">
        <w:rPr>
          <w:b/>
          <w:bCs/>
          <w:sz w:val="20"/>
          <w:lang w:val="fi-FI"/>
        </w:rPr>
        <w:t>Arjen taidot ja sopeutuminen yhteisöön</w:t>
      </w:r>
    </w:p>
    <w:p w14:paraId="08FEB152" w14:textId="595D85A2" w:rsidR="00CF48B3" w:rsidRPr="00600150" w:rsidRDefault="00CF48B3" w:rsidP="00FA494F">
      <w:pPr>
        <w:rPr>
          <w:lang w:val="fi-FI"/>
        </w:rPr>
      </w:pPr>
      <w:r w:rsidRPr="00600150">
        <w:rPr>
          <w:sz w:val="20"/>
          <w:lang w:val="fi-FI"/>
        </w:rPr>
        <w:t>Lapset osallistuvat perheen arkeen ja sosiaalisiin tilanteisiin, kuten perhejuhliin, kyläilyihin, kaupassakäynteihin ja muihin arkisiin kohtaamisiin. Näiden tilanteiden avulla harjoitellaan ja vahvistetaan sosiaalisia taitoja. Lapsen toivoma harrastustoiminta mahdollistetaan, sitä tuetaan</w:t>
      </w:r>
      <w:r w:rsidR="00FA494F">
        <w:rPr>
          <w:sz w:val="20"/>
          <w:lang w:val="fi-FI"/>
        </w:rPr>
        <w:t>,</w:t>
      </w:r>
      <w:r w:rsidRPr="00600150">
        <w:rPr>
          <w:sz w:val="20"/>
          <w:lang w:val="fi-FI"/>
        </w:rPr>
        <w:t xml:space="preserve"> sillä harrastustoiminta tarjoaa lapsille mahdollisuuden itsetunnon vahvistumiseen ja vuorovaikutustaitojen oppimiseen aikuisen tukemana.</w:t>
      </w:r>
    </w:p>
    <w:p w14:paraId="2DE53F40" w14:textId="77777777" w:rsidR="00CF48B3" w:rsidRPr="00600150" w:rsidRDefault="00CF48B3" w:rsidP="00FA494F">
      <w:pPr>
        <w:pStyle w:val="Luettelokappale"/>
        <w:ind w:left="0"/>
        <w:rPr>
          <w:lang w:val="fi-FI"/>
        </w:rPr>
      </w:pPr>
      <w:r w:rsidRPr="00600150">
        <w:rPr>
          <w:lang w:val="fi-FI"/>
        </w:rPr>
        <w:t>Tavoitteenamme on auttaa lapsia sopeutumaan perhekotiyhteisön sääntöihin ja toimintatapoihin. Sääntöjen noudattamista harjoitellaan perhekodin arjessa, mikä helpottaa sääntöihin sopeutumista asuinympäristön ulkopuolella, kuten koulussa, harrastuksissa ja myöhemmin itsenäisessä elämässä, opiskelussa ja työelämässä.</w:t>
      </w:r>
    </w:p>
    <w:p w14:paraId="4EB85763" w14:textId="77777777" w:rsidR="001D4935" w:rsidRPr="00600150" w:rsidRDefault="001D4935" w:rsidP="00FA494F">
      <w:pPr>
        <w:spacing w:after="160" w:line="259" w:lineRule="auto"/>
        <w:rPr>
          <w:lang w:val="fi-FI"/>
        </w:rPr>
      </w:pPr>
    </w:p>
    <w:p w14:paraId="10FD4257" w14:textId="77777777" w:rsidR="001D4935" w:rsidRPr="00600150" w:rsidRDefault="001840E9">
      <w:pPr>
        <w:pStyle w:val="Otsikko1"/>
        <w:spacing w:before="240" w:after="120"/>
        <w:rPr>
          <w:lang w:val="fi-FI"/>
        </w:rPr>
      </w:pPr>
      <w:r w:rsidRPr="00600150">
        <w:rPr>
          <w:rFonts w:ascii="Arial" w:hAnsi="Arial"/>
          <w:sz w:val="32"/>
          <w:lang w:val="fi-FI"/>
        </w:rPr>
        <w:t>3. Henkilöstö, osaaminen ja perehdytys</w:t>
      </w:r>
    </w:p>
    <w:p w14:paraId="5EE6C11F" w14:textId="77777777" w:rsidR="004C1A20" w:rsidRPr="00600150" w:rsidRDefault="00832349" w:rsidP="004C1A20">
      <w:pPr>
        <w:rPr>
          <w:lang w:val="fi-FI"/>
        </w:rPr>
      </w:pPr>
      <w:r>
        <w:rPr>
          <w:sz w:val="20"/>
        </w:rPr>
        <w:t>Perhekoti Nuorisolaisissa työskentelee kokoaikaisesti kaksi sosiaali- ja terveysalan ammattihenkilöä. Henkilöstön määrä, rakenne ja osaaminen arvioidaan suhteessa palveluyksikön rekisteröityyn toimintaan, asiakaspaikkoihin sekä sijoitettujen lasten yksilöllisiin tarpeisiin ja tuen vaativuuteen. Perhekotivanhemmilla on pitkä ja monipuolinen alan työkokemus. Toisella on sairaanhoitajan tutkinto ja toisella lähihoitajan tutkinto. Henkilöstön kelpoisuudet ja ammattioikeudet tarkistetaan tehtävien edellyttämällä tavalla.</w:t>
      </w:r>
    </w:p>
    <w:p w14:paraId="558BA0F8" w14:textId="77777777" w:rsidR="00C45D1B" w:rsidRPr="00600150" w:rsidRDefault="00EA6CE0">
      <w:pPr>
        <w:rPr>
          <w:lang w:val="fi-FI"/>
        </w:rPr>
      </w:pPr>
      <w:r w:rsidRPr="00600150">
        <w:rPr>
          <w:sz w:val="20"/>
          <w:lang w:val="fi-FI"/>
        </w:rPr>
        <w:t xml:space="preserve">Perhekotiin palkataan sijainen/sijaiset kokoaikaisten perhekotivanhempien lomien ajaksi. </w:t>
      </w:r>
      <w:r w:rsidR="00FD493B" w:rsidRPr="00600150">
        <w:rPr>
          <w:sz w:val="20"/>
          <w:lang w:val="fi-FI"/>
        </w:rPr>
        <w:t>Vähintään t</w:t>
      </w:r>
      <w:r w:rsidR="00832349" w:rsidRPr="00600150">
        <w:rPr>
          <w:sz w:val="20"/>
          <w:lang w:val="fi-FI"/>
        </w:rPr>
        <w:t>oinen työntekijä on aina sosiaali- ja terveysalan ammatillisen korkeakoulupätevyyden om</w:t>
      </w:r>
      <w:r w:rsidR="00FA494F">
        <w:rPr>
          <w:sz w:val="20"/>
          <w:lang w:val="fi-FI"/>
        </w:rPr>
        <w:t>a</w:t>
      </w:r>
      <w:r w:rsidR="00832349" w:rsidRPr="00600150">
        <w:rPr>
          <w:sz w:val="20"/>
          <w:lang w:val="fi-FI"/>
        </w:rPr>
        <w:t xml:space="preserve">ava </w:t>
      </w:r>
      <w:r w:rsidR="005611E7" w:rsidRPr="00600150">
        <w:rPr>
          <w:sz w:val="20"/>
          <w:lang w:val="fi-FI"/>
        </w:rPr>
        <w:t>ammattihenkilö,</w:t>
      </w:r>
      <w:r w:rsidR="00FD493B" w:rsidRPr="00600150">
        <w:rPr>
          <w:sz w:val="20"/>
          <w:lang w:val="fi-FI"/>
        </w:rPr>
        <w:t xml:space="preserve"> ja toinen voi olla lähihoitajakoulutuksen saanut </w:t>
      </w:r>
      <w:proofErr w:type="spellStart"/>
      <w:r w:rsidR="00FD493B" w:rsidRPr="00600150">
        <w:rPr>
          <w:sz w:val="20"/>
          <w:lang w:val="fi-FI"/>
        </w:rPr>
        <w:t>sosiaali</w:t>
      </w:r>
      <w:proofErr w:type="spellEnd"/>
      <w:r w:rsidR="00FD493B" w:rsidRPr="00600150">
        <w:rPr>
          <w:sz w:val="20"/>
          <w:lang w:val="fi-FI"/>
        </w:rPr>
        <w:t xml:space="preserve"> ja terveydenhuollon ammattihenkilö. </w:t>
      </w:r>
    </w:p>
    <w:p w14:paraId="68AB3AB5" w14:textId="77777777" w:rsidR="00C45D1B" w:rsidRDefault="00FD493B" w:rsidP="00FC3705">
      <w:pPr>
        <w:spacing w:after="0"/>
        <w:rPr>
          <w:lang w:val="fi-FI"/>
        </w:rPr>
      </w:pPr>
      <w:r w:rsidRPr="00600150">
        <w:rPr>
          <w:sz w:val="20"/>
          <w:lang w:val="fi-FI"/>
        </w:rPr>
        <w:t xml:space="preserve">Uudet työntekijät ja sijaiset perehdytetään talon tapoihin perehdytysoppaan </w:t>
      </w:r>
      <w:r w:rsidR="005611E7" w:rsidRPr="00600150">
        <w:rPr>
          <w:sz w:val="20"/>
          <w:lang w:val="fi-FI"/>
        </w:rPr>
        <w:t>avulla,</w:t>
      </w:r>
      <w:r w:rsidRPr="00600150">
        <w:rPr>
          <w:sz w:val="20"/>
          <w:lang w:val="fi-FI"/>
        </w:rPr>
        <w:t xml:space="preserve"> jossa käydään työtehtävät ja käytänteet läpi yhdessä perhekotivanhemman kanssa. </w:t>
      </w:r>
    </w:p>
    <w:p w14:paraId="0BF8322F" w14:textId="77777777" w:rsidR="00FC3705" w:rsidRPr="00600150" w:rsidRDefault="00FC3705">
      <w:pPr>
        <w:rPr>
          <w:lang w:val="fi-FI"/>
        </w:rPr>
      </w:pPr>
    </w:p>
    <w:p w14:paraId="4BA9F54A" w14:textId="77777777" w:rsidR="001D4935" w:rsidRPr="00600150" w:rsidRDefault="001840E9" w:rsidP="00FC3705">
      <w:pPr>
        <w:pStyle w:val="Otsikko2"/>
        <w:spacing w:after="240"/>
        <w:rPr>
          <w:lang w:val="fi-FI"/>
        </w:rPr>
      </w:pPr>
      <w:r w:rsidRPr="00600150">
        <w:rPr>
          <w:rFonts w:ascii="Arial" w:hAnsi="Arial"/>
          <w:lang w:val="fi-FI"/>
        </w:rPr>
        <w:t xml:space="preserve">3.1 Osaamisen varmistaminen </w:t>
      </w:r>
    </w:p>
    <w:p w14:paraId="5233E4E9" w14:textId="77777777" w:rsidR="00EC38BA" w:rsidRPr="00222133" w:rsidRDefault="00EC38BA" w:rsidP="00EC38BA">
      <w:pPr>
        <w:pStyle w:val="Otsikko2"/>
        <w:spacing w:before="0"/>
        <w:rPr>
          <w:rFonts w:ascii="Arial" w:eastAsiaTheme="minorEastAsia" w:hAnsi="Arial" w:cstheme="minorBidi"/>
          <w:b w:val="0"/>
          <w:bCs w:val="0"/>
          <w:color w:val="auto"/>
          <w:sz w:val="20"/>
          <w:szCs w:val="20"/>
          <w:lang w:val="fi-FI"/>
        </w:rPr>
      </w:pPr>
      <w:r w:rsidRPr="00222133">
        <w:rPr>
          <w:rFonts w:ascii="Arial" w:eastAsiaTheme="minorEastAsia" w:hAnsi="Arial" w:cstheme="minorBidi"/>
          <w:b w:val="0"/>
          <w:bCs w:val="0"/>
          <w:color w:val="auto"/>
          <w:sz w:val="20"/>
          <w:szCs w:val="20"/>
          <w:lang w:val="fi-FI"/>
        </w:rPr>
        <w:t>Perhekodissamme varmistetaan, että jokaisella työntekijällä, perhehoitajalla ja sijaisella on tehtävän edellyttämä lakisääteinen koulutus, riittävä ammatillinen osaaminen sekä ajantasaiset tiedot yksikön toimintatavoista.</w:t>
      </w:r>
    </w:p>
    <w:p w14:paraId="2BE18DFF" w14:textId="77777777" w:rsidR="00EC38BA" w:rsidRPr="00222133" w:rsidRDefault="00EC38BA" w:rsidP="00EC38BA">
      <w:pPr>
        <w:pStyle w:val="Otsikko2"/>
        <w:rPr>
          <w:rFonts w:ascii="Arial" w:eastAsiaTheme="minorEastAsia" w:hAnsi="Arial" w:cstheme="minorBidi"/>
          <w:b w:val="0"/>
          <w:bCs w:val="0"/>
          <w:color w:val="auto"/>
          <w:sz w:val="20"/>
          <w:szCs w:val="20"/>
          <w:lang w:val="fi-FI"/>
        </w:rPr>
      </w:pPr>
      <w:r w:rsidRPr="00222133">
        <w:rPr>
          <w:rFonts w:ascii="Arial" w:eastAsiaTheme="minorEastAsia" w:hAnsi="Arial" w:cstheme="minorBidi"/>
          <w:b w:val="0"/>
          <w:bCs w:val="0"/>
          <w:color w:val="auto"/>
          <w:sz w:val="20"/>
          <w:szCs w:val="20"/>
          <w:lang w:val="fi-FI"/>
        </w:rPr>
        <w:t>Jatkuvan osaamisen tueksi kaikilla työntekijöillä pidetään pysyvästi voimassa seuraavat lakisääteiset ja toiminnan kannalta välttämättömät luvat sekä pätevyydet:</w:t>
      </w:r>
    </w:p>
    <w:p w14:paraId="071130D4" w14:textId="4ECDB6A3" w:rsidR="00EC38BA" w:rsidRPr="00222133" w:rsidRDefault="00A60C72" w:rsidP="00855762">
      <w:pPr>
        <w:pStyle w:val="Otsikko2"/>
        <w:numPr>
          <w:ilvl w:val="0"/>
          <w:numId w:val="40"/>
        </w:numPr>
        <w:spacing w:after="240"/>
        <w:rPr>
          <w:rFonts w:ascii="Arial" w:eastAsiaTheme="minorEastAsia" w:hAnsi="Arial" w:cstheme="minorBidi"/>
          <w:b w:val="0"/>
          <w:bCs w:val="0"/>
          <w:color w:val="auto"/>
          <w:sz w:val="20"/>
          <w:szCs w:val="20"/>
          <w:lang w:val="fi-FI"/>
        </w:rPr>
      </w:pPr>
      <w:r w:rsidRPr="00222133">
        <w:rPr>
          <w:rFonts w:ascii="Arial" w:eastAsiaTheme="minorEastAsia" w:hAnsi="Arial" w:cstheme="minorBidi"/>
          <w:color w:val="auto"/>
          <w:sz w:val="20"/>
          <w:szCs w:val="20"/>
          <w:lang w:val="fi-FI"/>
        </w:rPr>
        <w:t>Todistuksen ja ammattioikeuksien tarkistaminen</w:t>
      </w:r>
    </w:p>
    <w:p w14:paraId="398AE98B" w14:textId="6B371872" w:rsidR="00EC38BA" w:rsidRPr="00222133" w:rsidRDefault="00A60C72" w:rsidP="00855762">
      <w:pPr>
        <w:pStyle w:val="Luettelokappale"/>
        <w:numPr>
          <w:ilvl w:val="0"/>
          <w:numId w:val="40"/>
        </w:numPr>
        <w:rPr>
          <w:sz w:val="20"/>
          <w:szCs w:val="20"/>
          <w:lang w:val="fi-FI"/>
        </w:rPr>
      </w:pPr>
      <w:r w:rsidRPr="00222133">
        <w:rPr>
          <w:b/>
          <w:bCs/>
          <w:sz w:val="20"/>
          <w:szCs w:val="20"/>
          <w:lang w:val="fi-FI"/>
        </w:rPr>
        <w:t>Rikostaustaotteen tarkistaminen:</w:t>
      </w:r>
      <w:r w:rsidRPr="00222133">
        <w:rPr>
          <w:sz w:val="20"/>
          <w:szCs w:val="20"/>
          <w:lang w:val="fi-FI"/>
        </w:rPr>
        <w:t xml:space="preserve"> Lasten kanssa työskentelevien rikostaustaote tarkistetaan lain (504/2002) mukaisesti</w:t>
      </w:r>
    </w:p>
    <w:p w14:paraId="212E39A3" w14:textId="3BB1B4D1" w:rsidR="00EC38BA" w:rsidRPr="00222133" w:rsidRDefault="00EC38BA" w:rsidP="00855762">
      <w:pPr>
        <w:pStyle w:val="Otsikko2"/>
        <w:numPr>
          <w:ilvl w:val="0"/>
          <w:numId w:val="40"/>
        </w:numPr>
        <w:spacing w:before="0" w:after="240"/>
        <w:rPr>
          <w:rFonts w:ascii="Arial" w:eastAsiaTheme="minorEastAsia" w:hAnsi="Arial" w:cstheme="minorBidi"/>
          <w:b w:val="0"/>
          <w:bCs w:val="0"/>
          <w:color w:val="auto"/>
          <w:sz w:val="20"/>
          <w:szCs w:val="20"/>
          <w:lang w:val="fi-FI"/>
        </w:rPr>
      </w:pPr>
      <w:proofErr w:type="spellStart"/>
      <w:r w:rsidRPr="00222133">
        <w:rPr>
          <w:rFonts w:ascii="Arial" w:hAnsi="Arial"/>
          <w:color w:val="auto"/>
          <w:sz w:val="20"/>
          <w:szCs w:val="20"/>
        </w:rPr>
        <w:lastRenderedPageBreak/>
        <w:t>Ensiaputaidot</w:t>
      </w:r>
      <w:proofErr w:type="spellEnd"/>
      <w:r w:rsidRPr="00222133">
        <w:rPr>
          <w:rFonts w:ascii="Arial" w:hAnsi="Arial"/>
          <w:color w:val="auto"/>
          <w:sz w:val="20"/>
          <w:szCs w:val="20"/>
        </w:rPr>
        <w:t xml:space="preserve">: </w:t>
      </w:r>
      <w:proofErr w:type="spellStart"/>
      <w:r w:rsidRPr="00222133">
        <w:rPr>
          <w:rFonts w:ascii="Arial" w:hAnsi="Arial"/>
          <w:b w:val="0"/>
          <w:bCs w:val="0"/>
          <w:color w:val="auto"/>
          <w:sz w:val="20"/>
          <w:szCs w:val="20"/>
        </w:rPr>
        <w:t>Ensiapuosaamista</w:t>
      </w:r>
      <w:proofErr w:type="spellEnd"/>
      <w:r w:rsidRPr="00222133">
        <w:rPr>
          <w:rFonts w:ascii="Arial" w:hAnsi="Arial"/>
          <w:b w:val="0"/>
          <w:bCs w:val="0"/>
          <w:color w:val="auto"/>
          <w:sz w:val="20"/>
          <w:szCs w:val="20"/>
        </w:rPr>
        <w:t xml:space="preserve"> </w:t>
      </w:r>
      <w:proofErr w:type="spellStart"/>
      <w:r w:rsidRPr="00222133">
        <w:rPr>
          <w:rFonts w:ascii="Arial" w:hAnsi="Arial"/>
          <w:b w:val="0"/>
          <w:bCs w:val="0"/>
          <w:color w:val="auto"/>
          <w:sz w:val="20"/>
          <w:szCs w:val="20"/>
        </w:rPr>
        <w:t>ylläpidetään</w:t>
      </w:r>
      <w:proofErr w:type="spellEnd"/>
      <w:r w:rsidRPr="00222133">
        <w:rPr>
          <w:rFonts w:ascii="Arial" w:hAnsi="Arial"/>
          <w:b w:val="0"/>
          <w:bCs w:val="0"/>
          <w:color w:val="auto"/>
          <w:sz w:val="20"/>
          <w:szCs w:val="20"/>
        </w:rPr>
        <w:t xml:space="preserve"> </w:t>
      </w:r>
      <w:proofErr w:type="spellStart"/>
      <w:r w:rsidRPr="00222133">
        <w:rPr>
          <w:rFonts w:ascii="Arial" w:hAnsi="Arial"/>
          <w:b w:val="0"/>
          <w:bCs w:val="0"/>
          <w:color w:val="auto"/>
          <w:sz w:val="20"/>
          <w:szCs w:val="20"/>
        </w:rPr>
        <w:t>tehtävien</w:t>
      </w:r>
      <w:proofErr w:type="spellEnd"/>
      <w:r w:rsidRPr="00222133">
        <w:rPr>
          <w:rFonts w:ascii="Arial" w:hAnsi="Arial"/>
          <w:b w:val="0"/>
          <w:bCs w:val="0"/>
          <w:color w:val="auto"/>
          <w:sz w:val="20"/>
          <w:szCs w:val="20"/>
        </w:rPr>
        <w:t>, lasten tarpeiden ja yksikön riskien edellyttämällä koulutuksella. Koulutusten voimassaolo ja uusimistarve dokumentoidaan.</w:t>
      </w:r>
    </w:p>
    <w:p w14:paraId="0565E847" w14:textId="30F04F51" w:rsidR="00EC38BA" w:rsidRPr="00222133" w:rsidRDefault="00EC38BA" w:rsidP="00855762">
      <w:pPr>
        <w:pStyle w:val="Otsikko2"/>
        <w:numPr>
          <w:ilvl w:val="0"/>
          <w:numId w:val="40"/>
        </w:numPr>
        <w:spacing w:before="0" w:after="240"/>
        <w:rPr>
          <w:rFonts w:ascii="Arial" w:eastAsiaTheme="minorEastAsia" w:hAnsi="Arial" w:cstheme="minorBidi"/>
          <w:b w:val="0"/>
          <w:bCs w:val="0"/>
          <w:color w:val="auto"/>
          <w:sz w:val="20"/>
          <w:szCs w:val="20"/>
          <w:lang w:val="fi-FI"/>
        </w:rPr>
      </w:pPr>
      <w:proofErr w:type="spellStart"/>
      <w:r w:rsidRPr="00222133">
        <w:rPr>
          <w:rFonts w:ascii="Arial" w:hAnsi="Arial"/>
          <w:color w:val="auto"/>
          <w:sz w:val="20"/>
          <w:szCs w:val="20"/>
        </w:rPr>
        <w:t>Lääkehoidon</w:t>
      </w:r>
      <w:proofErr w:type="spellEnd"/>
      <w:r w:rsidRPr="00222133">
        <w:rPr>
          <w:rFonts w:ascii="Arial" w:hAnsi="Arial"/>
          <w:color w:val="auto"/>
          <w:sz w:val="20"/>
          <w:szCs w:val="20"/>
        </w:rPr>
        <w:t xml:space="preserve"> osaaminen: </w:t>
      </w:r>
      <w:proofErr w:type="spellStart"/>
      <w:r w:rsidRPr="00222133">
        <w:rPr>
          <w:rFonts w:ascii="Arial" w:hAnsi="Arial"/>
          <w:b w:val="0"/>
          <w:bCs w:val="0"/>
          <w:color w:val="auto"/>
          <w:sz w:val="20"/>
          <w:szCs w:val="20"/>
        </w:rPr>
        <w:t>Lääkehoidon</w:t>
      </w:r>
      <w:proofErr w:type="spellEnd"/>
      <w:r w:rsidRPr="00222133">
        <w:rPr>
          <w:rFonts w:ascii="Arial" w:hAnsi="Arial"/>
          <w:b w:val="0"/>
          <w:bCs w:val="0"/>
          <w:color w:val="auto"/>
          <w:sz w:val="20"/>
          <w:szCs w:val="20"/>
        </w:rPr>
        <w:t xml:space="preserve"> osaaminen varmistetaan yksikön lääkehoitosuunnitelman, työntekijän tehtävien ja sovellettavien ohjeiden mukaisilla </w:t>
      </w:r>
      <w:proofErr w:type="spellStart"/>
      <w:r w:rsidRPr="00222133">
        <w:rPr>
          <w:rFonts w:ascii="Arial" w:hAnsi="Arial"/>
          <w:b w:val="0"/>
          <w:bCs w:val="0"/>
          <w:color w:val="auto"/>
          <w:sz w:val="20"/>
          <w:szCs w:val="20"/>
        </w:rPr>
        <w:t>koulutuksilla</w:t>
      </w:r>
      <w:proofErr w:type="spellEnd"/>
      <w:r w:rsidRPr="00222133">
        <w:rPr>
          <w:rFonts w:ascii="Arial" w:hAnsi="Arial"/>
          <w:b w:val="0"/>
          <w:bCs w:val="0"/>
          <w:color w:val="auto"/>
          <w:sz w:val="20"/>
          <w:szCs w:val="20"/>
        </w:rPr>
        <w:t xml:space="preserve">, </w:t>
      </w:r>
      <w:proofErr w:type="spellStart"/>
      <w:r w:rsidRPr="00222133">
        <w:rPr>
          <w:rFonts w:ascii="Arial" w:hAnsi="Arial"/>
          <w:b w:val="0"/>
          <w:bCs w:val="0"/>
          <w:color w:val="auto"/>
          <w:sz w:val="20"/>
          <w:szCs w:val="20"/>
        </w:rPr>
        <w:t>testeillä</w:t>
      </w:r>
      <w:proofErr w:type="spellEnd"/>
      <w:r w:rsidRPr="00222133">
        <w:rPr>
          <w:rFonts w:ascii="Arial" w:hAnsi="Arial"/>
          <w:b w:val="0"/>
          <w:bCs w:val="0"/>
          <w:color w:val="auto"/>
          <w:sz w:val="20"/>
          <w:szCs w:val="20"/>
        </w:rPr>
        <w:t xml:space="preserve"> ja </w:t>
      </w:r>
      <w:proofErr w:type="spellStart"/>
      <w:r w:rsidRPr="00222133">
        <w:rPr>
          <w:rFonts w:ascii="Arial" w:hAnsi="Arial"/>
          <w:b w:val="0"/>
          <w:bCs w:val="0"/>
          <w:color w:val="auto"/>
          <w:sz w:val="20"/>
          <w:szCs w:val="20"/>
        </w:rPr>
        <w:t>näytöillä</w:t>
      </w:r>
      <w:proofErr w:type="spellEnd"/>
      <w:r w:rsidRPr="00222133">
        <w:rPr>
          <w:rFonts w:ascii="Arial" w:hAnsi="Arial"/>
          <w:b w:val="0"/>
          <w:bCs w:val="0"/>
          <w:color w:val="auto"/>
          <w:sz w:val="20"/>
          <w:szCs w:val="20"/>
        </w:rPr>
        <w:t>.</w:t>
      </w:r>
      <w:r w:rsidR="00855762" w:rsidRPr="00222133">
        <w:rPr>
          <w:rFonts w:ascii="Arial" w:hAnsi="Arial"/>
          <w:b w:val="0"/>
          <w:bCs w:val="0"/>
          <w:color w:val="auto"/>
          <w:sz w:val="20"/>
          <w:szCs w:val="20"/>
        </w:rPr>
        <w:t xml:space="preserve"> </w:t>
      </w:r>
      <w:proofErr w:type="spellStart"/>
      <w:r w:rsidR="00855762" w:rsidRPr="00222133">
        <w:rPr>
          <w:rFonts w:ascii="Arial" w:hAnsi="Arial"/>
          <w:b w:val="0"/>
          <w:bCs w:val="0"/>
          <w:color w:val="auto"/>
          <w:sz w:val="20"/>
          <w:szCs w:val="20"/>
        </w:rPr>
        <w:t>Lääkesuunnitelman</w:t>
      </w:r>
      <w:proofErr w:type="spellEnd"/>
      <w:r w:rsidR="00855762" w:rsidRPr="00222133">
        <w:rPr>
          <w:rFonts w:ascii="Arial" w:hAnsi="Arial"/>
          <w:b w:val="0"/>
          <w:bCs w:val="0"/>
          <w:color w:val="auto"/>
          <w:sz w:val="20"/>
          <w:szCs w:val="20"/>
        </w:rPr>
        <w:t xml:space="preserve"> </w:t>
      </w:r>
      <w:proofErr w:type="spellStart"/>
      <w:r w:rsidR="00855762" w:rsidRPr="00222133">
        <w:rPr>
          <w:rFonts w:ascii="Arial" w:hAnsi="Arial"/>
          <w:b w:val="0"/>
          <w:bCs w:val="0"/>
          <w:color w:val="auto"/>
          <w:sz w:val="20"/>
          <w:szCs w:val="20"/>
        </w:rPr>
        <w:t>vastuulääkäri</w:t>
      </w:r>
      <w:proofErr w:type="spellEnd"/>
      <w:r w:rsidR="00855762" w:rsidRPr="00222133">
        <w:rPr>
          <w:rFonts w:ascii="Arial" w:hAnsi="Arial"/>
          <w:b w:val="0"/>
          <w:bCs w:val="0"/>
          <w:color w:val="auto"/>
          <w:sz w:val="20"/>
          <w:szCs w:val="20"/>
        </w:rPr>
        <w:t xml:space="preserve"> </w:t>
      </w:r>
      <w:proofErr w:type="spellStart"/>
      <w:r w:rsidR="00855762" w:rsidRPr="00222133">
        <w:rPr>
          <w:rFonts w:ascii="Arial" w:hAnsi="Arial"/>
          <w:b w:val="0"/>
          <w:bCs w:val="0"/>
          <w:color w:val="auto"/>
          <w:sz w:val="20"/>
          <w:szCs w:val="20"/>
        </w:rPr>
        <w:t>ostopalveluna</w:t>
      </w:r>
      <w:proofErr w:type="spellEnd"/>
      <w:r w:rsidR="00855762" w:rsidRPr="00222133">
        <w:rPr>
          <w:rFonts w:ascii="Arial" w:hAnsi="Arial"/>
          <w:b w:val="0"/>
          <w:bCs w:val="0"/>
          <w:color w:val="auto"/>
          <w:sz w:val="20"/>
          <w:szCs w:val="20"/>
        </w:rPr>
        <w:t xml:space="preserve"> </w:t>
      </w:r>
      <w:r w:rsidR="00855762" w:rsidRPr="00222133">
        <w:rPr>
          <w:rFonts w:ascii="Arial" w:hAnsi="Arial"/>
          <w:b w:val="0"/>
          <w:bCs w:val="0"/>
          <w:i/>
          <w:iCs/>
          <w:color w:val="auto"/>
          <w:sz w:val="20"/>
          <w:szCs w:val="20"/>
        </w:rPr>
        <w:t>Sirppa.fi,</w:t>
      </w:r>
      <w:r w:rsidR="00855762" w:rsidRPr="00222133">
        <w:rPr>
          <w:rFonts w:ascii="Arial" w:hAnsi="Arial"/>
          <w:b w:val="0"/>
          <w:bCs w:val="0"/>
          <w:color w:val="auto"/>
          <w:sz w:val="20"/>
          <w:szCs w:val="20"/>
        </w:rPr>
        <w:t xml:space="preserve"> </w:t>
      </w:r>
      <w:proofErr w:type="spellStart"/>
      <w:r w:rsidR="00855762" w:rsidRPr="00222133">
        <w:rPr>
          <w:rFonts w:ascii="Arial" w:hAnsi="Arial"/>
          <w:b w:val="0"/>
          <w:bCs w:val="0"/>
          <w:color w:val="auto"/>
          <w:sz w:val="20"/>
          <w:szCs w:val="20"/>
        </w:rPr>
        <w:t>joka</w:t>
      </w:r>
      <w:proofErr w:type="spellEnd"/>
      <w:r w:rsidR="00855762" w:rsidRPr="00222133">
        <w:rPr>
          <w:rFonts w:ascii="Arial" w:hAnsi="Arial"/>
          <w:b w:val="0"/>
          <w:bCs w:val="0"/>
          <w:color w:val="auto"/>
          <w:sz w:val="20"/>
          <w:szCs w:val="20"/>
        </w:rPr>
        <w:t xml:space="preserve"> </w:t>
      </w:r>
      <w:proofErr w:type="spellStart"/>
      <w:r w:rsidR="00855762" w:rsidRPr="00222133">
        <w:rPr>
          <w:rFonts w:ascii="Arial" w:hAnsi="Arial"/>
          <w:b w:val="0"/>
          <w:bCs w:val="0"/>
          <w:color w:val="auto"/>
          <w:sz w:val="20"/>
          <w:szCs w:val="20"/>
        </w:rPr>
        <w:t>myöntää</w:t>
      </w:r>
      <w:proofErr w:type="spellEnd"/>
      <w:r w:rsidR="00855762" w:rsidRPr="00222133">
        <w:rPr>
          <w:rFonts w:ascii="Arial" w:hAnsi="Arial"/>
          <w:b w:val="0"/>
          <w:bCs w:val="0"/>
          <w:color w:val="auto"/>
          <w:sz w:val="20"/>
          <w:szCs w:val="20"/>
        </w:rPr>
        <w:t xml:space="preserve"> myös </w:t>
      </w:r>
      <w:proofErr w:type="spellStart"/>
      <w:r w:rsidR="00855762" w:rsidRPr="00222133">
        <w:rPr>
          <w:rFonts w:ascii="Arial" w:hAnsi="Arial"/>
          <w:b w:val="0"/>
          <w:bCs w:val="0"/>
          <w:color w:val="auto"/>
          <w:sz w:val="20"/>
          <w:szCs w:val="20"/>
        </w:rPr>
        <w:t>työntekijöiden</w:t>
      </w:r>
      <w:proofErr w:type="spellEnd"/>
      <w:r w:rsidR="00855762" w:rsidRPr="00222133">
        <w:rPr>
          <w:rFonts w:ascii="Arial" w:hAnsi="Arial"/>
          <w:b w:val="0"/>
          <w:bCs w:val="0"/>
          <w:color w:val="auto"/>
          <w:sz w:val="20"/>
          <w:szCs w:val="20"/>
        </w:rPr>
        <w:t xml:space="preserve"> </w:t>
      </w:r>
      <w:proofErr w:type="spellStart"/>
      <w:r w:rsidR="00855762" w:rsidRPr="00222133">
        <w:rPr>
          <w:rFonts w:ascii="Arial" w:hAnsi="Arial"/>
          <w:b w:val="0"/>
          <w:bCs w:val="0"/>
          <w:color w:val="auto"/>
          <w:sz w:val="20"/>
          <w:szCs w:val="20"/>
        </w:rPr>
        <w:t>yksikkökohtaiset</w:t>
      </w:r>
      <w:proofErr w:type="spellEnd"/>
      <w:r w:rsidR="00855762" w:rsidRPr="00222133">
        <w:rPr>
          <w:rFonts w:ascii="Arial" w:hAnsi="Arial"/>
          <w:b w:val="0"/>
          <w:bCs w:val="0"/>
          <w:color w:val="auto"/>
          <w:sz w:val="20"/>
          <w:szCs w:val="20"/>
        </w:rPr>
        <w:t xml:space="preserve"> </w:t>
      </w:r>
      <w:proofErr w:type="spellStart"/>
      <w:r w:rsidR="00855762" w:rsidRPr="00222133">
        <w:rPr>
          <w:rFonts w:ascii="Arial" w:hAnsi="Arial"/>
          <w:b w:val="0"/>
          <w:bCs w:val="0"/>
          <w:color w:val="auto"/>
          <w:sz w:val="20"/>
          <w:szCs w:val="20"/>
        </w:rPr>
        <w:t>lääkeluvat</w:t>
      </w:r>
      <w:proofErr w:type="spellEnd"/>
      <w:r w:rsidR="00855762" w:rsidRPr="00222133">
        <w:rPr>
          <w:rFonts w:ascii="Arial" w:hAnsi="Arial"/>
          <w:b w:val="0"/>
          <w:bCs w:val="0"/>
          <w:color w:val="auto"/>
          <w:sz w:val="20"/>
          <w:szCs w:val="20"/>
        </w:rPr>
        <w:t>.</w:t>
      </w:r>
    </w:p>
    <w:p w14:paraId="318C98E7" w14:textId="77777777" w:rsidR="00353067" w:rsidRPr="00353067" w:rsidRDefault="00353067" w:rsidP="00353067">
      <w:pPr>
        <w:rPr>
          <w:lang w:val="fi-FI"/>
        </w:rPr>
      </w:pPr>
    </w:p>
    <w:p w14:paraId="79D296BA" w14:textId="77777777" w:rsidR="00B90690" w:rsidRDefault="00B90690">
      <w:pPr>
        <w:rPr>
          <w:rFonts w:asciiTheme="majorHAnsi" w:eastAsiaTheme="majorEastAsia" w:hAnsiTheme="majorHAnsi" w:cstheme="majorBidi"/>
          <w:b/>
          <w:bCs/>
          <w:color w:val="4F81BD" w:themeColor="accent1"/>
          <w:sz w:val="26"/>
          <w:szCs w:val="26"/>
          <w:lang w:val="fi-FI"/>
        </w:rPr>
      </w:pPr>
      <w:r>
        <w:rPr>
          <w:sz w:val="20"/>
          <w:lang w:val="fi-FI"/>
        </w:rPr>
        <w:br w:type="page"/>
      </w:r>
    </w:p>
    <w:p w14:paraId="1EED6258" w14:textId="77777777" w:rsidR="006B2422" w:rsidRPr="006B2422" w:rsidRDefault="006B2422" w:rsidP="00A60C72">
      <w:pPr>
        <w:pStyle w:val="Otsikko2"/>
        <w:spacing w:after="240"/>
        <w:rPr>
          <w:lang w:val="fi-FI"/>
        </w:rPr>
      </w:pPr>
      <w:r w:rsidRPr="006B2422">
        <w:rPr>
          <w:rFonts w:ascii="Arial" w:hAnsi="Arial"/>
          <w:lang w:val="fi-FI"/>
        </w:rPr>
        <w:lastRenderedPageBreak/>
        <w:t>3.2 Henkilöstön perehdytys, täydennyskoulutus ja työnohjaus</w:t>
      </w:r>
    </w:p>
    <w:p w14:paraId="13E29EB7" w14:textId="77777777" w:rsidR="006B2422" w:rsidRPr="00A60C72" w:rsidRDefault="006B2422" w:rsidP="005611E7">
      <w:pPr>
        <w:spacing w:after="0"/>
        <w:rPr>
          <w:b/>
          <w:bCs/>
          <w:lang w:val="fi-FI"/>
        </w:rPr>
      </w:pPr>
      <w:r w:rsidRPr="00A60C72">
        <w:rPr>
          <w:b/>
          <w:bCs/>
          <w:sz w:val="20"/>
          <w:lang w:val="fi-FI"/>
        </w:rPr>
        <w:t>Uusien työntekijöiden ja sijaisten perehdytys</w:t>
      </w:r>
      <w:r w:rsidR="005611E7" w:rsidRPr="00A60C72">
        <w:rPr>
          <w:b/>
          <w:bCs/>
          <w:sz w:val="20"/>
          <w:lang w:val="fi-FI"/>
        </w:rPr>
        <w:t>:</w:t>
      </w:r>
    </w:p>
    <w:p w14:paraId="77EF96AA" w14:textId="77777777" w:rsidR="006B2422" w:rsidRPr="006B2422" w:rsidRDefault="006B2422" w:rsidP="00353067">
      <w:pPr>
        <w:ind w:left="720"/>
        <w:rPr>
          <w:lang w:val="fi-FI"/>
        </w:rPr>
      </w:pPr>
      <w:r w:rsidRPr="00EC38BA">
        <w:rPr>
          <w:i/>
          <w:iCs/>
          <w:sz w:val="20"/>
          <w:lang w:val="fi-FI"/>
        </w:rPr>
        <w:t>Perehdytyssuunnitelma:</w:t>
      </w:r>
      <w:r w:rsidRPr="006B2422">
        <w:rPr>
          <w:sz w:val="20"/>
          <w:lang w:val="fi-FI"/>
        </w:rPr>
        <w:t xml:space="preserve"> Jokaiselle uudelle työntekijälle, opiskelijalle ja pitkäaikaiselle sijaiselle laaditaan kirjallinen perehdytysohjelma. Lyhytaikaisetkin sijaiset perehdytetään aina ennen työvuoron alkua perhekodin turvallisuuskäytäntöihin ja lasten akuutteihin tarpeisiin.</w:t>
      </w:r>
    </w:p>
    <w:p w14:paraId="3D73DCD6" w14:textId="77777777" w:rsidR="006B2422" w:rsidRPr="00A60C72" w:rsidRDefault="006B2422" w:rsidP="00232783">
      <w:pPr>
        <w:spacing w:after="0"/>
        <w:ind w:left="720"/>
        <w:rPr>
          <w:i/>
          <w:iCs/>
          <w:lang w:val="fi-FI"/>
        </w:rPr>
      </w:pPr>
      <w:r w:rsidRPr="00A60C72">
        <w:rPr>
          <w:i/>
          <w:iCs/>
          <w:sz w:val="20"/>
          <w:lang w:val="fi-FI"/>
        </w:rPr>
        <w:t xml:space="preserve">Perehdytyksen sisältö: </w:t>
      </w:r>
    </w:p>
    <w:p w14:paraId="20EBD8EF" w14:textId="77777777" w:rsidR="006B2422" w:rsidRPr="006B2422" w:rsidRDefault="006B2422" w:rsidP="005611E7">
      <w:pPr>
        <w:numPr>
          <w:ilvl w:val="1"/>
          <w:numId w:val="25"/>
        </w:numPr>
        <w:spacing w:after="0"/>
        <w:rPr>
          <w:lang w:val="fi-FI"/>
        </w:rPr>
      </w:pPr>
      <w:r w:rsidRPr="006B2422">
        <w:rPr>
          <w:sz w:val="20"/>
          <w:lang w:val="fi-FI"/>
        </w:rPr>
        <w:t>Perhekodin arjen struktuuri, arvot, kasvatusmenetelmät ja Hyvän kohtelun suunnitelma.</w:t>
      </w:r>
    </w:p>
    <w:p w14:paraId="12EDFE7A" w14:textId="77777777" w:rsidR="006B2422" w:rsidRPr="006B2422" w:rsidRDefault="006B2422" w:rsidP="005611E7">
      <w:pPr>
        <w:numPr>
          <w:ilvl w:val="1"/>
          <w:numId w:val="25"/>
        </w:numPr>
        <w:spacing w:after="0"/>
        <w:rPr>
          <w:lang w:val="fi-FI"/>
        </w:rPr>
      </w:pPr>
      <w:r w:rsidRPr="006B2422">
        <w:rPr>
          <w:sz w:val="20"/>
          <w:lang w:val="fi-FI"/>
        </w:rPr>
        <w:t>Tämä omavalvontasuunnitelma sekä pelastus- ja turvallisuusohjeet.</w:t>
      </w:r>
    </w:p>
    <w:p w14:paraId="4F4843E5" w14:textId="77777777" w:rsidR="006B2422" w:rsidRPr="006B2422" w:rsidRDefault="006B2422" w:rsidP="005611E7">
      <w:pPr>
        <w:numPr>
          <w:ilvl w:val="1"/>
          <w:numId w:val="25"/>
        </w:numPr>
        <w:spacing w:after="0"/>
        <w:rPr>
          <w:lang w:val="fi-FI"/>
        </w:rPr>
      </w:pPr>
      <w:r w:rsidRPr="006B2422">
        <w:rPr>
          <w:sz w:val="20"/>
          <w:lang w:val="fi-FI"/>
        </w:rPr>
        <w:t>Asiakastietojen lainmukainen kirjaaminen ja tietosuoja.</w:t>
      </w:r>
    </w:p>
    <w:p w14:paraId="22617D2A" w14:textId="77777777" w:rsidR="005611E7" w:rsidRPr="005611E7" w:rsidRDefault="006B2422" w:rsidP="005611E7">
      <w:pPr>
        <w:numPr>
          <w:ilvl w:val="1"/>
          <w:numId w:val="25"/>
        </w:numPr>
        <w:rPr>
          <w:lang w:val="fi-FI"/>
        </w:rPr>
      </w:pPr>
      <w:r w:rsidRPr="006B2422">
        <w:rPr>
          <w:sz w:val="20"/>
          <w:lang w:val="fi-FI"/>
        </w:rPr>
        <w:t>Lääkehoitosuunnitelma ja lääkeluvat (lääkelupa on oltava voimassa ja todennettu ennen lääkehoitoon osallistumista).</w:t>
      </w:r>
    </w:p>
    <w:p w14:paraId="110B66FD" w14:textId="77777777" w:rsidR="005611E7" w:rsidRPr="00EC38BA" w:rsidRDefault="006B2422" w:rsidP="00353067">
      <w:pPr>
        <w:ind w:left="720"/>
        <w:rPr>
          <w:lang w:val="fi-FI"/>
        </w:rPr>
      </w:pPr>
      <w:r w:rsidRPr="00A60C72">
        <w:rPr>
          <w:i/>
          <w:iCs/>
          <w:sz w:val="20"/>
          <w:lang w:val="fi-FI"/>
        </w:rPr>
        <w:t>Perehdytyksen seuranta:</w:t>
      </w:r>
      <w:r w:rsidRPr="006B2422">
        <w:rPr>
          <w:sz w:val="20"/>
          <w:lang w:val="fi-FI"/>
        </w:rPr>
        <w:t xml:space="preserve"> Perehdytyksen toteutuminen dokumentoidaan allekirjoituksilla ja tallennetaan perhekodin henkilöstöhallinnon arkistoon.</w:t>
      </w:r>
    </w:p>
    <w:p w14:paraId="7D7AAA42" w14:textId="77777777" w:rsidR="006B2422" w:rsidRPr="00A60C72" w:rsidRDefault="006B2422" w:rsidP="005611E7">
      <w:pPr>
        <w:spacing w:after="0"/>
        <w:rPr>
          <w:b/>
          <w:bCs/>
          <w:lang w:val="fi-FI"/>
        </w:rPr>
      </w:pPr>
      <w:r w:rsidRPr="00A60C72">
        <w:rPr>
          <w:b/>
          <w:bCs/>
          <w:sz w:val="20"/>
          <w:lang w:val="fi-FI"/>
        </w:rPr>
        <w:t>Täydennyskoulutus ja osaamisen varmistaminen</w:t>
      </w:r>
    </w:p>
    <w:p w14:paraId="65E2A893" w14:textId="77777777" w:rsidR="006B2422" w:rsidRPr="006B2422" w:rsidRDefault="006B2422" w:rsidP="00353067">
      <w:pPr>
        <w:ind w:left="720"/>
        <w:rPr>
          <w:lang w:val="fi-FI"/>
        </w:rPr>
      </w:pPr>
      <w:r w:rsidRPr="00A60C72">
        <w:rPr>
          <w:i/>
          <w:iCs/>
          <w:sz w:val="20"/>
          <w:lang w:val="fi-FI"/>
        </w:rPr>
        <w:t>Koulutussuunnitelma:</w:t>
      </w:r>
      <w:r w:rsidRPr="006B2422">
        <w:rPr>
          <w:sz w:val="20"/>
          <w:lang w:val="fi-FI"/>
        </w:rPr>
        <w:t xml:space="preserve"> Perhekodissa ylläpidetään vuosittaista koulutussuunnitelmaa, joka perustuu lasten tarpeisiin ja toiminnan kehittämiskohteisiin (esim. </w:t>
      </w:r>
      <w:proofErr w:type="spellStart"/>
      <w:r w:rsidRPr="006B2422">
        <w:rPr>
          <w:sz w:val="20"/>
          <w:lang w:val="fi-FI"/>
        </w:rPr>
        <w:t>Nepsy</w:t>
      </w:r>
      <w:proofErr w:type="spellEnd"/>
      <w:r w:rsidRPr="006B2422">
        <w:rPr>
          <w:sz w:val="20"/>
          <w:lang w:val="fi-FI"/>
        </w:rPr>
        <w:t>-osaaminen, kriisityö tai kiintymyssuhdeteoriat).</w:t>
      </w:r>
    </w:p>
    <w:p w14:paraId="436A0052" w14:textId="77777777" w:rsidR="006B2422" w:rsidRPr="006B2422" w:rsidRDefault="006B2422" w:rsidP="00353067">
      <w:pPr>
        <w:ind w:left="720"/>
        <w:rPr>
          <w:lang w:val="fi-FI"/>
        </w:rPr>
      </w:pPr>
      <w:r w:rsidRPr="00A60C72">
        <w:rPr>
          <w:i/>
          <w:iCs/>
          <w:sz w:val="20"/>
          <w:lang w:val="fi-FI"/>
        </w:rPr>
        <w:t>Pakolliset lupaprosessit:</w:t>
      </w:r>
      <w:r w:rsidRPr="006B2422">
        <w:rPr>
          <w:sz w:val="20"/>
          <w:lang w:val="fi-FI"/>
        </w:rPr>
        <w:t xml:space="preserve"> Kaikilla työntekijöillä pidetään jatkuvasti voimassa:</w:t>
      </w:r>
    </w:p>
    <w:p w14:paraId="549B195D" w14:textId="77777777" w:rsidR="006B2422" w:rsidRPr="006B2422" w:rsidRDefault="006B2422" w:rsidP="00A60C72">
      <w:pPr>
        <w:numPr>
          <w:ilvl w:val="1"/>
          <w:numId w:val="26"/>
        </w:numPr>
        <w:spacing w:after="0"/>
        <w:rPr>
          <w:lang w:val="fi-FI"/>
        </w:rPr>
      </w:pPr>
      <w:r>
        <w:rPr>
          <w:sz w:val="20"/>
        </w:rPr>
        <w:t>Tehtävien ja riskien edellyttämä ensiapukoulutus.</w:t>
      </w:r>
    </w:p>
    <w:p w14:paraId="5D28DAE0" w14:textId="77777777" w:rsidR="006B2422" w:rsidRPr="006B2422" w:rsidRDefault="006B2422" w:rsidP="00A60C72">
      <w:pPr>
        <w:numPr>
          <w:ilvl w:val="1"/>
          <w:numId w:val="26"/>
        </w:numPr>
        <w:spacing w:after="0"/>
        <w:rPr>
          <w:lang w:val="fi-FI"/>
        </w:rPr>
      </w:pPr>
      <w:r>
        <w:rPr>
          <w:sz w:val="20"/>
        </w:rPr>
        <w:t>Ajantasainen lääkehoidon osaaminen yksikön lääkehoitosuunnitelmassa määritellyllä tavalla.</w:t>
      </w:r>
    </w:p>
    <w:p w14:paraId="0361B844" w14:textId="77777777" w:rsidR="006B2422" w:rsidRPr="006B2422" w:rsidRDefault="006B2422" w:rsidP="006B2422">
      <w:pPr>
        <w:numPr>
          <w:ilvl w:val="1"/>
          <w:numId w:val="26"/>
        </w:numPr>
        <w:rPr>
          <w:lang w:val="fi-FI"/>
        </w:rPr>
      </w:pPr>
      <w:r w:rsidRPr="006B2422">
        <w:rPr>
          <w:sz w:val="20"/>
          <w:lang w:val="fi-FI"/>
        </w:rPr>
        <w:t>Rikostaustaotteen tarkistaminen lasten kanssa työskenteleviltä (laki 504/2002).</w:t>
      </w:r>
    </w:p>
    <w:p w14:paraId="56E6C9F7" w14:textId="77777777" w:rsidR="006B2422" w:rsidRPr="006B2422" w:rsidRDefault="006B2422" w:rsidP="00353067">
      <w:pPr>
        <w:spacing w:after="0"/>
        <w:rPr>
          <w:b/>
          <w:bCs/>
          <w:lang w:val="fi-FI"/>
        </w:rPr>
      </w:pPr>
      <w:r w:rsidRPr="006B2422">
        <w:rPr>
          <w:b/>
          <w:bCs/>
          <w:sz w:val="20"/>
          <w:lang w:val="fi-FI"/>
        </w:rPr>
        <w:t>Työnohjaus ja jaksamisen tuki</w:t>
      </w:r>
    </w:p>
    <w:p w14:paraId="6EDEEA96" w14:textId="77777777" w:rsidR="006B2422" w:rsidRPr="006B2422" w:rsidRDefault="006B2422" w:rsidP="00353067">
      <w:pPr>
        <w:ind w:left="720"/>
        <w:rPr>
          <w:lang w:val="fi-FI"/>
        </w:rPr>
      </w:pPr>
      <w:r w:rsidRPr="006B2422">
        <w:rPr>
          <w:sz w:val="20"/>
          <w:lang w:val="fi-FI"/>
        </w:rPr>
        <w:t>Ammatillisen perhehoidon vaativuuden vuoksi perhehoitajille ja vakituiselle henkilöstölle järjestetään säännöllistä, ulkopuolisen sertifioidun työnohjaajan vetämää työnohjausta (vähintään kerran kuukaudessa). Työnohjauksella tuetaan työssäjaksamista, ammatillista kehittymistä ja autetaan purkamaan arjen haastavia kasvatustilanteita.</w:t>
      </w:r>
    </w:p>
    <w:p w14:paraId="78DA5EDF" w14:textId="77777777" w:rsidR="0056543D" w:rsidRDefault="0056543D">
      <w:pPr>
        <w:rPr>
          <w:lang w:val="fi-FI"/>
        </w:rPr>
      </w:pPr>
    </w:p>
    <w:p w14:paraId="71F86C6E" w14:textId="77777777" w:rsidR="000B2F43" w:rsidRPr="000B2F43" w:rsidRDefault="000B2F43" w:rsidP="00EE47E8">
      <w:pPr>
        <w:keepNext/>
        <w:keepLines/>
        <w:spacing w:before="200"/>
        <w:outlineLvl w:val="1"/>
        <w:rPr>
          <w:rFonts w:asciiTheme="majorHAnsi" w:eastAsiaTheme="majorEastAsia" w:hAnsiTheme="majorHAnsi" w:cstheme="majorBidi"/>
          <w:b/>
          <w:bCs/>
          <w:color w:val="4F81BD" w:themeColor="accent1"/>
          <w:sz w:val="26"/>
          <w:szCs w:val="26"/>
        </w:rPr>
      </w:pPr>
      <w:r w:rsidRPr="000B2F43">
        <w:rPr>
          <w:rFonts w:eastAsiaTheme="majorEastAsia" w:cstheme="majorBidi"/>
          <w:b/>
          <w:bCs/>
          <w:color w:val="4F81BD" w:themeColor="accent1"/>
          <w:sz w:val="26"/>
          <w:szCs w:val="26"/>
        </w:rPr>
        <w:t>3.3 Henkilöstön riittävyyden seuranta ja poikkeustilanteisiin varautuminen</w:t>
      </w:r>
    </w:p>
    <w:p w14:paraId="6264BE88" w14:textId="77777777" w:rsidR="000B2F43" w:rsidRPr="000B2F43" w:rsidRDefault="000B2F43" w:rsidP="000B2F43">
      <w:r w:rsidRPr="000B2F43">
        <w:rPr>
          <w:sz w:val="20"/>
        </w:rPr>
        <w:t>Henkilöstön riittävyyttä arvioidaan jatkuvasti suhteessa palveluyksikön asiakaspaikkoihin, sijoitettujen lasten yksilöllisiin tarpeisiin, lasten tilanteiden vaativuuteen sekä toiminnan turvalliseen toteuttamiseen. Arvioinnissa huomioidaan lasten määrä, ikä, tuen ja valvonnan tarve, samanaikaiset menot ja tapaamiset sekä mahdolliset akuutit tilanteet.</w:t>
      </w:r>
    </w:p>
    <w:p w14:paraId="4DEE49F0" w14:textId="77777777" w:rsidR="000B2F43" w:rsidRPr="000B2F43" w:rsidRDefault="000B2F43" w:rsidP="000B2F43">
      <w:r w:rsidRPr="000B2F43">
        <w:rPr>
          <w:sz w:val="20"/>
        </w:rPr>
        <w:t>Perhekotivanhemmat suunnittelevat poissaolot ja sijaisjärjestelyt ennakolta. Sijaiselta varmistetaan tehtävän edellyttämä osaaminen, soveltuvuus, perehdytys ja tarvittavat selvitykset ennen työskentelyn aloittamista. Sijaiselle annetaan tieto lasten hoidon ja turvallisuuden kannalta välttämättömistä asioista asianmukaisesti ja käyttöoikeudet rajataan työtehtävien mukaisesti.</w:t>
      </w:r>
    </w:p>
    <w:p w14:paraId="4997508E" w14:textId="77777777" w:rsidR="000B2F43" w:rsidRPr="000B2F43" w:rsidRDefault="000B2F43" w:rsidP="000B2F43">
      <w:r w:rsidRPr="000B2F43">
        <w:rPr>
          <w:sz w:val="20"/>
        </w:rPr>
        <w:t xml:space="preserve">Äkillisessä sairastumisessa tai muussa poissaolossa vastuuhenkilö arvioi välittömästi, voidaanko lasten turvallinen hoito järjestää käytettävissä olevalla henkilöstöllä ja hyväksytyillä sijaisjärjestelyillä. Jos </w:t>
      </w:r>
      <w:r w:rsidRPr="000B2F43">
        <w:rPr>
          <w:sz w:val="20"/>
        </w:rPr>
        <w:lastRenderedPageBreak/>
        <w:t>riittävää ja osaavaa henkilöstöä ei saada järjestettyä, toiminnan järjestämisestä vastaava taho ja tarvittaessa sijoittava hyvinvointialue informoidaan viipymättä ja sovitaan lasten turvallisuuden turvaavista järjestelyistä. Henkilöstöresurssiin liittyvät poikkeamat ja tehdyt ratkaisut dokumentoidaan.</w:t>
      </w:r>
    </w:p>
    <w:p w14:paraId="4CFA45A8" w14:textId="77777777" w:rsidR="000B2F43" w:rsidRPr="000B2F43" w:rsidRDefault="000B2F43" w:rsidP="000B2F43">
      <w:r w:rsidRPr="000B2F43">
        <w:rPr>
          <w:sz w:val="20"/>
        </w:rPr>
        <w:t>Vastuuhenkilö arvioi henkilöstön riittävyyttä myös silloin, kun lapsen tuen tarve muuttuu olennaisesti. Tarvittaessa asiasta keskustellaan lapsen asioista vastaavan sosiaalityöntekijän ja palvelun järjestäjän kanssa.</w:t>
      </w:r>
    </w:p>
    <w:p w14:paraId="6C767DE1" w14:textId="77777777" w:rsidR="00B26756" w:rsidRPr="00600150" w:rsidRDefault="00B26756">
      <w:pPr>
        <w:rPr>
          <w:lang w:val="fi-FI"/>
        </w:rPr>
      </w:pPr>
    </w:p>
    <w:p w14:paraId="50375436" w14:textId="77777777" w:rsidR="001D4935" w:rsidRDefault="001840E9">
      <w:pPr>
        <w:pStyle w:val="Otsikko1"/>
        <w:spacing w:before="240" w:after="120"/>
        <w:rPr>
          <w:rFonts w:ascii="Arial" w:hAnsi="Arial"/>
          <w:sz w:val="32"/>
          <w:lang w:val="fi-FI"/>
        </w:rPr>
      </w:pPr>
      <w:r w:rsidRPr="00600150">
        <w:rPr>
          <w:rFonts w:ascii="Arial" w:hAnsi="Arial"/>
          <w:sz w:val="32"/>
          <w:lang w:val="fi-FI"/>
        </w:rPr>
        <w:t>4. Asiakkaan asema, oikeudet ja hyvä kohtelu</w:t>
      </w:r>
    </w:p>
    <w:p w14:paraId="75A67F1E" w14:textId="77777777" w:rsidR="00B90690" w:rsidRPr="00B90690" w:rsidRDefault="00B90690" w:rsidP="00B90690">
      <w:pPr>
        <w:rPr>
          <w:lang w:val="fi-FI"/>
        </w:rPr>
      </w:pPr>
    </w:p>
    <w:p w14:paraId="0F67AA7F" w14:textId="77777777" w:rsidR="001D4935" w:rsidRPr="00600150" w:rsidRDefault="001840E9" w:rsidP="00B90690">
      <w:pPr>
        <w:pStyle w:val="Otsikko2"/>
        <w:spacing w:after="240"/>
        <w:rPr>
          <w:lang w:val="fi-FI"/>
        </w:rPr>
      </w:pPr>
      <w:r w:rsidRPr="00600150">
        <w:rPr>
          <w:rFonts w:ascii="Arial" w:hAnsi="Arial"/>
          <w:lang w:val="fi-FI"/>
        </w:rPr>
        <w:t>4.1 Lasten osallisuus ja kuuleminen</w:t>
      </w:r>
    </w:p>
    <w:p w14:paraId="170482B6" w14:textId="77777777" w:rsidR="00CF48B3" w:rsidRPr="00600150" w:rsidRDefault="00CF48B3" w:rsidP="00CF48B3">
      <w:pPr>
        <w:spacing w:after="0"/>
        <w:rPr>
          <w:b/>
          <w:bCs/>
          <w:lang w:val="fi-FI"/>
        </w:rPr>
      </w:pPr>
      <w:r w:rsidRPr="00600150">
        <w:rPr>
          <w:b/>
          <w:bCs/>
          <w:sz w:val="20"/>
          <w:lang w:val="fi-FI"/>
        </w:rPr>
        <w:t>Asiakkaan asema ja oikeudet</w:t>
      </w:r>
    </w:p>
    <w:p w14:paraId="231738EA" w14:textId="77777777" w:rsidR="00C45D1B" w:rsidRPr="00A60C72" w:rsidRDefault="00CF48B3" w:rsidP="00A60C72">
      <w:pPr>
        <w:rPr>
          <w:lang w:val="fi-FI"/>
        </w:rPr>
      </w:pPr>
      <w:r w:rsidRPr="00600150">
        <w:rPr>
          <w:sz w:val="20"/>
          <w:lang w:val="fi-FI"/>
        </w:rPr>
        <w:t>Perhekoti Nuorisolaisissa lapsen hyvinvointi, osallisuus ja oikeudet ovat keskiössä. Lapsen tarpeita ja toiveita kuunnellaan ja huomioidaan sekä arjessa että hoito- ja kasvatustyössä.</w:t>
      </w:r>
    </w:p>
    <w:p w14:paraId="4CEF36B5" w14:textId="77777777" w:rsidR="00CF48B3" w:rsidRPr="00600150" w:rsidRDefault="00CF48B3" w:rsidP="00CF48B3">
      <w:pPr>
        <w:spacing w:after="0"/>
        <w:rPr>
          <w:b/>
          <w:bCs/>
          <w:lang w:val="fi-FI"/>
        </w:rPr>
      </w:pPr>
      <w:r w:rsidRPr="00600150">
        <w:rPr>
          <w:b/>
          <w:bCs/>
          <w:sz w:val="20"/>
          <w:lang w:val="fi-FI"/>
        </w:rPr>
        <w:t>Palvelutarpeen arviointi</w:t>
      </w:r>
    </w:p>
    <w:p w14:paraId="1012A575" w14:textId="1883D6AC" w:rsidR="00CF48B3" w:rsidRPr="00E1147B" w:rsidRDefault="00CF48B3" w:rsidP="00CF48B3">
      <w:pPr>
        <w:rPr>
          <w:color w:val="EE0000"/>
          <w:lang w:val="fi-FI"/>
        </w:rPr>
      </w:pPr>
      <w:r w:rsidRPr="00600150">
        <w:rPr>
          <w:sz w:val="20"/>
          <w:lang w:val="fi-FI"/>
        </w:rPr>
        <w:t xml:space="preserve">Lapsen hoidon ja palvelun tarve arvioidaan yhdessä hänen, vanhempiensa, sosiaalityöntekijän ja muiden lapsen elämässä tärkeiden tahojen kanssa. Tämä tapahtuu asiakassuunnitelmapalavereissa ja hoitoneuvotteluissa. </w:t>
      </w:r>
    </w:p>
    <w:p w14:paraId="71A350FD" w14:textId="14CF5256" w:rsidR="00CF48B3" w:rsidRPr="00222133" w:rsidRDefault="00CF48B3" w:rsidP="00CF48B3">
      <w:pPr>
        <w:rPr>
          <w:lang w:val="fi-FI"/>
        </w:rPr>
      </w:pPr>
      <w:r w:rsidRPr="00222133">
        <w:rPr>
          <w:sz w:val="20"/>
          <w:lang w:val="fi-FI"/>
        </w:rPr>
        <w:t>Lapsen hoito ja kasvatus suunnitellaan yksilöllisesti hänen tarpeidensa mukaisesti. Lapsen osallisuus on keskeinen osa suunnitelmaa, jotta hän tuntee tulevansa kuulluksi ja voi vaikuttaa omaan elämäänsä. Osallisuus auttaa häntä sitoutumaan tavoitteisiin, vahvistaa itsetuntoa ja lisää elämänhallintaa.</w:t>
      </w:r>
    </w:p>
    <w:p w14:paraId="2166E715" w14:textId="77777777" w:rsidR="00CF48B3" w:rsidRPr="00222133" w:rsidRDefault="00CF48B3" w:rsidP="00CF48B3">
      <w:pPr>
        <w:rPr>
          <w:lang w:val="fi-FI"/>
        </w:rPr>
      </w:pPr>
      <w:r w:rsidRPr="00222133">
        <w:rPr>
          <w:sz w:val="20"/>
          <w:lang w:val="fi-FI"/>
        </w:rPr>
        <w:t>Lapsen iän, kiinnostuksen kohteiden ja voimavarojen mukaisesti suunnitelman työstäminen voi sisältää keskusteluja, viikkokalenterin ja tavoitetaulukon laatimista, piirtämistä, valokuvausta tai muita lapselle mieluisia tapoja. Suunnitelma päivitetään kahdesti vuodessa, syksyllä ja keväällä.</w:t>
      </w:r>
    </w:p>
    <w:p w14:paraId="03BBDD22" w14:textId="77777777" w:rsidR="00CF48B3" w:rsidRPr="00600150" w:rsidRDefault="00CF48B3" w:rsidP="00CF48B3">
      <w:pPr>
        <w:spacing w:after="0"/>
        <w:rPr>
          <w:b/>
          <w:bCs/>
          <w:lang w:val="fi-FI"/>
        </w:rPr>
      </w:pPr>
      <w:r w:rsidRPr="00600150">
        <w:rPr>
          <w:b/>
          <w:bCs/>
          <w:sz w:val="20"/>
          <w:lang w:val="fi-FI"/>
        </w:rPr>
        <w:t>K</w:t>
      </w:r>
      <w:r w:rsidR="00ED1775" w:rsidRPr="00600150">
        <w:rPr>
          <w:b/>
          <w:bCs/>
          <w:sz w:val="20"/>
          <w:lang w:val="fi-FI"/>
        </w:rPr>
        <w:t>ausi</w:t>
      </w:r>
      <w:r w:rsidRPr="00600150">
        <w:rPr>
          <w:b/>
          <w:bCs/>
          <w:sz w:val="20"/>
          <w:lang w:val="fi-FI"/>
        </w:rPr>
        <w:t>raportointi sosiaalitoimelle ja vanhemmille</w:t>
      </w:r>
    </w:p>
    <w:p w14:paraId="591F2649" w14:textId="77777777" w:rsidR="00CF48B3" w:rsidRPr="00600150" w:rsidRDefault="00CF48B3" w:rsidP="00CF48B3">
      <w:pPr>
        <w:rPr>
          <w:lang w:val="fi-FI"/>
        </w:rPr>
      </w:pPr>
      <w:r w:rsidRPr="00600150">
        <w:rPr>
          <w:sz w:val="20"/>
          <w:lang w:val="fi-FI"/>
        </w:rPr>
        <w:t xml:space="preserve">Perhekoti raportoi lapsen tilanteesta sijoittavalle kunnalle ja </w:t>
      </w:r>
      <w:r w:rsidRPr="00222133">
        <w:rPr>
          <w:sz w:val="20"/>
          <w:lang w:val="fi-FI"/>
        </w:rPr>
        <w:t xml:space="preserve">vanhemmille </w:t>
      </w:r>
      <w:r w:rsidR="004C1A20" w:rsidRPr="00222133">
        <w:rPr>
          <w:sz w:val="20"/>
          <w:lang w:val="fi-FI"/>
        </w:rPr>
        <w:t xml:space="preserve">vähintään </w:t>
      </w:r>
      <w:r w:rsidRPr="00600150">
        <w:rPr>
          <w:sz w:val="20"/>
          <w:lang w:val="fi-FI"/>
        </w:rPr>
        <w:t>k</w:t>
      </w:r>
      <w:r w:rsidR="00C45D1B" w:rsidRPr="00600150">
        <w:rPr>
          <w:sz w:val="20"/>
          <w:lang w:val="fi-FI"/>
        </w:rPr>
        <w:t>olmen</w:t>
      </w:r>
      <w:r w:rsidRPr="00600150">
        <w:rPr>
          <w:sz w:val="20"/>
          <w:lang w:val="fi-FI"/>
        </w:rPr>
        <w:t xml:space="preserve"> kuukauden välein. Lapsen raportista säilytetään kopio hänen kansiossaan.</w:t>
      </w:r>
    </w:p>
    <w:p w14:paraId="1B0C9C8F" w14:textId="77777777" w:rsidR="00CF48B3" w:rsidRPr="00600150" w:rsidRDefault="00CF48B3" w:rsidP="00CF48B3">
      <w:pPr>
        <w:spacing w:after="0"/>
        <w:rPr>
          <w:b/>
          <w:bCs/>
          <w:lang w:val="fi-FI"/>
        </w:rPr>
      </w:pPr>
      <w:r w:rsidRPr="00600150">
        <w:rPr>
          <w:b/>
          <w:bCs/>
          <w:sz w:val="20"/>
          <w:lang w:val="fi-FI"/>
        </w:rPr>
        <w:t>Asiakkaan asema ja itsemääräämisoikeus</w:t>
      </w:r>
    </w:p>
    <w:p w14:paraId="4DDECBDA" w14:textId="77777777" w:rsidR="00CF48B3" w:rsidRPr="00600150" w:rsidRDefault="00CF48B3" w:rsidP="00CF48B3">
      <w:pPr>
        <w:rPr>
          <w:lang w:val="fi-FI"/>
        </w:rPr>
      </w:pPr>
      <w:r>
        <w:rPr>
          <w:sz w:val="20"/>
        </w:rPr>
        <w:t>Perhekodissa kunnioitetaan lapsen oikeuksia ja itsemääräämisoikeutta. Lapsen henkilökohtaista vapautta, koskemattomuutta, yksityisyyttä ja yksityiselämän suojaa kunnioitetaan kaikessa toiminnassa. Perhekodin arjen kasvatukselliset rajat, ohjaus ja turvallisuuden varmistaminen toteutetaan lapsen ikä, kehitystaso, yksilöllinen tilanne ja lapsen etu huomioiden. Ammatillinen perhekoti ei käytä lastensuojelulaitoksille säädettyjä rajoitustoimenpiteitä eikä perhekotivanhemmilla ole toimivaltaa päättää niistä. Jos lapsen turvallisuutta uhkaa akuutti vaara, toimitaan yleisen lainsäädännön, hätätilanteita koskevien ohjeiden ja viranomaisilta saatavan ohjauksen mukaisesti. Tilanne dokumentoidaan ja siitä ilmoitetaan tarvittaville tahoille. Perhekotivanhempien tehtävänä on kunnioittaa ja vahvistaa lapsen itsemääräämisoikeutta sekä tukea hänen osallistumistaan omaa elämäänsä ja palvelujaan koskevaan suunnitteluun.</w:t>
      </w:r>
    </w:p>
    <w:p w14:paraId="773F42FB" w14:textId="77777777" w:rsidR="00CF48B3" w:rsidRPr="00600150" w:rsidRDefault="00CF48B3" w:rsidP="00B26756">
      <w:pPr>
        <w:rPr>
          <w:lang w:val="fi-FI"/>
        </w:rPr>
      </w:pPr>
      <w:r w:rsidRPr="00600150">
        <w:rPr>
          <w:sz w:val="20"/>
          <w:lang w:val="fi-FI"/>
        </w:rPr>
        <w:lastRenderedPageBreak/>
        <w:t>Lapsi osallistuu sääntöjen ja perhekodin toiminnan suunnitteluun, mikä auttaa häntä tuntemaan itsensä arvokkaaksi yhteisön jäseneksi. Lapsia kannustetaan ilmaisemaan mielipiteitään ja toiveitaan avoimesti. Jokaisella on oikeus omaan tilaan ja yksityisyyteen, kuten omaan huoneeseen ja puhelimeen, jonka avulla hän voi pitää yhteyttä tärkeisiin ihmisiin. Lapset voivat tuoda kavereita kylään ja käydä itse sovitusti kavereiden luona. Perhekodin lapset osallistuvat retkien ja lomamatkojen suunnitteluun ja saavat valita itselleen mieluisia harrastuksia</w:t>
      </w:r>
    </w:p>
    <w:p w14:paraId="50F9A0C0" w14:textId="77777777" w:rsidR="00CF48B3" w:rsidRPr="00600150" w:rsidRDefault="00CF48B3" w:rsidP="00CF48B3">
      <w:pPr>
        <w:spacing w:after="0"/>
        <w:rPr>
          <w:b/>
          <w:bCs/>
          <w:lang w:val="fi-FI"/>
        </w:rPr>
      </w:pPr>
      <w:r w:rsidRPr="00600150">
        <w:rPr>
          <w:b/>
          <w:bCs/>
          <w:sz w:val="20"/>
          <w:lang w:val="fi-FI"/>
        </w:rPr>
        <w:t>Epäkohtiin puuttuminen</w:t>
      </w:r>
    </w:p>
    <w:p w14:paraId="1398D279" w14:textId="77777777" w:rsidR="00CF48B3" w:rsidRPr="00600150" w:rsidRDefault="00CF48B3" w:rsidP="00CF48B3">
      <w:pPr>
        <w:rPr>
          <w:lang w:val="fi-FI"/>
        </w:rPr>
      </w:pPr>
      <w:r w:rsidRPr="00600150">
        <w:rPr>
          <w:sz w:val="20"/>
          <w:lang w:val="fi-FI"/>
        </w:rPr>
        <w:t>Perhekoti Nuorisolaisissa varmistetaan, että jokainen lapsi saa osakseen kunnioitusta, turvallisuutta ja mahdollisuuden vaikuttaa omaan elämäänsä.</w:t>
      </w:r>
    </w:p>
    <w:p w14:paraId="68CF34EF" w14:textId="77777777" w:rsidR="00CF48B3" w:rsidRPr="00600150" w:rsidRDefault="00CF48B3" w:rsidP="00CF48B3">
      <w:pPr>
        <w:rPr>
          <w:lang w:val="fi-FI"/>
        </w:rPr>
      </w:pPr>
      <w:r w:rsidRPr="00600150">
        <w:rPr>
          <w:sz w:val="20"/>
          <w:lang w:val="fi-FI"/>
        </w:rPr>
        <w:t>Kaikki perhekodin työntekijät ovat velvollisia ilmoittamaan mahdollisista epäkohdista. Mahdollisiin ongelmatilanteisiin puututaan välittömästi ja tarvittavat korjaavat toimenpiteet tehdään viivyttelemättä.</w:t>
      </w:r>
    </w:p>
    <w:p w14:paraId="702EB1E0" w14:textId="77777777" w:rsidR="00ED1775" w:rsidRPr="00600150" w:rsidRDefault="00ED1775" w:rsidP="00ED1775">
      <w:pPr>
        <w:rPr>
          <w:lang w:val="fi-FI"/>
        </w:rPr>
      </w:pPr>
      <w:r w:rsidRPr="00600150">
        <w:rPr>
          <w:sz w:val="20"/>
          <w:lang w:val="fi-FI"/>
        </w:rPr>
        <w:t>Lasten puhelimiin tallennetaan sosiaalityöntekijän yhteystiedot. Sosiaaliasiamiehen yhteystiedot lapsen saatavilla ja tarvittaessa opastus valituksen tekemiseen</w:t>
      </w:r>
    </w:p>
    <w:p w14:paraId="4A6AE4A5" w14:textId="77777777" w:rsidR="00ED1775" w:rsidRPr="00600150" w:rsidRDefault="00ED1775" w:rsidP="00CF48B3">
      <w:pPr>
        <w:rPr>
          <w:lang w:val="fi-FI"/>
        </w:rPr>
      </w:pPr>
    </w:p>
    <w:p w14:paraId="01D27AF7" w14:textId="77777777" w:rsidR="008D1F2C" w:rsidRPr="008D1F2C" w:rsidRDefault="008D1F2C" w:rsidP="00232783">
      <w:pPr>
        <w:pStyle w:val="Otsikko2"/>
        <w:spacing w:after="240"/>
        <w:rPr>
          <w:lang w:val="fi-FI"/>
        </w:rPr>
      </w:pPr>
      <w:r w:rsidRPr="008D1F2C">
        <w:rPr>
          <w:rFonts w:ascii="Arial" w:hAnsi="Arial"/>
          <w:lang w:val="fi-FI"/>
        </w:rPr>
        <w:t>4.2 Hyvän kohtelun suunnitelma (Lastensuojelulaki)</w:t>
      </w:r>
    </w:p>
    <w:p w14:paraId="02C4143A" w14:textId="77777777" w:rsidR="00FC3705" w:rsidRDefault="00FC3705" w:rsidP="00B90690">
      <w:pPr>
        <w:rPr>
          <w:lang w:val="fi-FI"/>
        </w:rPr>
      </w:pPr>
      <w:r w:rsidRPr="00FC3705">
        <w:rPr>
          <w:sz w:val="20"/>
          <w:lang w:val="fi-FI"/>
        </w:rPr>
        <w:t xml:space="preserve">Perhekodissamme on käytössä yksikkökohtainen </w:t>
      </w:r>
      <w:r w:rsidRPr="00FC3705">
        <w:rPr>
          <w:b/>
          <w:bCs/>
          <w:sz w:val="20"/>
          <w:lang w:val="fi-FI"/>
        </w:rPr>
        <w:t>Hyvän kohtelun suunnitelma</w:t>
      </w:r>
      <w:r w:rsidRPr="00FC3705">
        <w:rPr>
          <w:sz w:val="20"/>
          <w:lang w:val="fi-FI"/>
        </w:rPr>
        <w:t>, jonka tarkoituksena on turvata sijoitettujen lasten oikeuksien toteutuminen sekä varmistaa turvallinen ja kunnioittava kasvuympäristö. Suunnitelma pohjautuu lastensuojelulakiin ja YK:n lapsen oikeuksien sopimukseen.</w:t>
      </w:r>
    </w:p>
    <w:p w14:paraId="374894EB" w14:textId="77777777" w:rsidR="008D1F2C" w:rsidRPr="008D1F2C" w:rsidRDefault="008D1F2C" w:rsidP="00FC3705">
      <w:pPr>
        <w:spacing w:after="0"/>
        <w:rPr>
          <w:b/>
          <w:bCs/>
          <w:lang w:val="fi-FI"/>
        </w:rPr>
      </w:pPr>
      <w:r w:rsidRPr="008D1F2C">
        <w:rPr>
          <w:b/>
          <w:bCs/>
          <w:sz w:val="20"/>
          <w:lang w:val="fi-FI"/>
        </w:rPr>
        <w:t>Miten suunnitelma on laadittu?</w:t>
      </w:r>
    </w:p>
    <w:p w14:paraId="7685CD69" w14:textId="77777777" w:rsidR="00FC3705" w:rsidRDefault="00FC3705" w:rsidP="00DC3744">
      <w:pPr>
        <w:rPr>
          <w:lang w:val="fi-FI"/>
        </w:rPr>
      </w:pPr>
      <w:r w:rsidRPr="00FC3705">
        <w:rPr>
          <w:sz w:val="20"/>
          <w:lang w:val="fi-FI"/>
        </w:rPr>
        <w:t>Suunnitelma laaditaan ja päivitetään vuosittain yhteistyössä perhekotiin sijoitettujen lasten ja nuorten kanssa. Laatimisen pohjana käytetään yhteisiä keskusteluja, joissa käydään käytännönläheisesti läpi hyvän kohtelun, turvallisuuden, yksityisyyden ja toisten kunnioittamisen merkitys. Lapsia kuullaan aina heidän ikänsä ja kehitystasonsa mukaisesti. Suunnitelmaan kirjataan lasten omia ajatuksia siitä, mikä luo heille turvallisuuden tunnetta ja miten he toivovat tulevansa kohdatuiksi esimerkiksi kiukun tai surun hetkellä.</w:t>
      </w:r>
    </w:p>
    <w:p w14:paraId="062629BD" w14:textId="77777777" w:rsidR="008D1F2C" w:rsidRPr="008D1F2C" w:rsidRDefault="008D1F2C" w:rsidP="007B01EB">
      <w:pPr>
        <w:rPr>
          <w:b/>
          <w:bCs/>
          <w:lang w:val="fi-FI"/>
        </w:rPr>
      </w:pPr>
      <w:r w:rsidRPr="008D1F2C">
        <w:rPr>
          <w:b/>
          <w:bCs/>
          <w:sz w:val="20"/>
          <w:lang w:val="fi-FI"/>
        </w:rPr>
        <w:t>Missä suunnitelma on nähtävillä?</w:t>
      </w:r>
    </w:p>
    <w:p w14:paraId="011BDD0E" w14:textId="77777777" w:rsidR="008D1F2C" w:rsidRPr="008D1F2C" w:rsidRDefault="008D1F2C" w:rsidP="00353067">
      <w:pPr>
        <w:ind w:left="720"/>
        <w:rPr>
          <w:lang w:val="fi-FI"/>
        </w:rPr>
      </w:pPr>
      <w:r w:rsidRPr="008D1F2C">
        <w:rPr>
          <w:b/>
          <w:bCs/>
          <w:sz w:val="20"/>
          <w:lang w:val="fi-FI"/>
        </w:rPr>
        <w:t>Yhteisissä tiloissa:</w:t>
      </w:r>
      <w:r w:rsidRPr="008D1F2C">
        <w:rPr>
          <w:sz w:val="20"/>
          <w:lang w:val="fi-FI"/>
        </w:rPr>
        <w:t xml:space="preserve"> Lasten kanssa laadittu Hyvän kohtelun suunnitelma on tiivistetty selkeäksi, lapsiystävälliseksi huoneentauluksi, joka on esillä perhekodin yhteisissä tiloi</w:t>
      </w:r>
      <w:r w:rsidR="00ED1775">
        <w:rPr>
          <w:sz w:val="20"/>
          <w:lang w:val="fi-FI"/>
        </w:rPr>
        <w:t>ssa.</w:t>
      </w:r>
    </w:p>
    <w:p w14:paraId="24FC07B4" w14:textId="77777777" w:rsidR="008D1F2C" w:rsidRPr="008D1F2C" w:rsidRDefault="008D1F2C" w:rsidP="00353067">
      <w:pPr>
        <w:ind w:left="720"/>
        <w:rPr>
          <w:lang w:val="fi-FI"/>
        </w:rPr>
      </w:pPr>
      <w:r w:rsidRPr="008D1F2C">
        <w:rPr>
          <w:b/>
          <w:bCs/>
          <w:sz w:val="20"/>
          <w:lang w:val="fi-FI"/>
        </w:rPr>
        <w:t>Digitaalisesti ja kansiossa:</w:t>
      </w:r>
      <w:r w:rsidRPr="008D1F2C">
        <w:rPr>
          <w:sz w:val="20"/>
          <w:lang w:val="fi-FI"/>
        </w:rPr>
        <w:t xml:space="preserve"> Alkuperäinen, laajempi asiakirja on tallennettu perhekodin digitaaliseen arkistoon ja se löytyy tulostettuna omavalvontakansiosta, joka on kaikkien saatavilla.</w:t>
      </w:r>
    </w:p>
    <w:p w14:paraId="25356E17" w14:textId="70967C84" w:rsidR="007B01EB" w:rsidRPr="00222133" w:rsidRDefault="008D1F2C" w:rsidP="00222133">
      <w:pPr>
        <w:ind w:left="720"/>
        <w:rPr>
          <w:lang w:val="fi-FI"/>
        </w:rPr>
      </w:pPr>
      <w:r w:rsidRPr="008D1F2C">
        <w:rPr>
          <w:b/>
          <w:bCs/>
          <w:sz w:val="20"/>
          <w:lang w:val="fi-FI"/>
        </w:rPr>
        <w:t>Oma</w:t>
      </w:r>
      <w:r w:rsidR="00C45D1B">
        <w:rPr>
          <w:b/>
          <w:bCs/>
          <w:sz w:val="20"/>
          <w:lang w:val="fi-FI"/>
        </w:rPr>
        <w:t>ssa kansiossa</w:t>
      </w:r>
      <w:r w:rsidRPr="008D1F2C">
        <w:rPr>
          <w:b/>
          <w:bCs/>
          <w:sz w:val="20"/>
          <w:lang w:val="fi-FI"/>
        </w:rPr>
        <w:t>:</w:t>
      </w:r>
      <w:r w:rsidRPr="008D1F2C">
        <w:rPr>
          <w:sz w:val="20"/>
          <w:lang w:val="fi-FI"/>
        </w:rPr>
        <w:t xml:space="preserve"> Jokaisella lapsella on oikeus saada oma kappaleensa suunnitelmasta itsellee</w:t>
      </w:r>
      <w:r w:rsidR="00C45D1B">
        <w:rPr>
          <w:sz w:val="20"/>
          <w:lang w:val="fi-FI"/>
        </w:rPr>
        <w:t>n.</w:t>
      </w:r>
    </w:p>
    <w:p w14:paraId="0DCD2427" w14:textId="77777777" w:rsidR="008D1F2C" w:rsidRPr="008D1F2C" w:rsidRDefault="008D1F2C" w:rsidP="00B90690">
      <w:pPr>
        <w:rPr>
          <w:b/>
          <w:bCs/>
          <w:lang w:val="fi-FI"/>
        </w:rPr>
      </w:pPr>
      <w:r w:rsidRPr="008D1F2C">
        <w:rPr>
          <w:b/>
          <w:bCs/>
          <w:sz w:val="20"/>
          <w:lang w:val="fi-FI"/>
        </w:rPr>
        <w:t>Miten suunnitelmaa käsitellään lasten kanssa?</w:t>
      </w:r>
    </w:p>
    <w:p w14:paraId="11F09DB3" w14:textId="77777777" w:rsidR="008D1F2C" w:rsidRPr="008D1F2C" w:rsidRDefault="008D1F2C" w:rsidP="00353067">
      <w:pPr>
        <w:ind w:left="720"/>
        <w:rPr>
          <w:lang w:val="fi-FI"/>
        </w:rPr>
      </w:pPr>
      <w:r w:rsidRPr="008D1F2C">
        <w:rPr>
          <w:b/>
          <w:bCs/>
          <w:sz w:val="20"/>
          <w:lang w:val="fi-FI"/>
        </w:rPr>
        <w:t>Tulovaiheessa:</w:t>
      </w:r>
      <w:r w:rsidRPr="008D1F2C">
        <w:rPr>
          <w:sz w:val="20"/>
          <w:lang w:val="fi-FI"/>
        </w:rPr>
        <w:t xml:space="preserve"> Kun uusi lapsi muuttaa perhekotiin, hyvän kohtelun periaatteet ja huoneentaulu käydään hänen kanssaan läpi omahoitajan johdolla heti ensimmäisten päivien aikana. Lapselle kerrotaan hänen oikeuksistaan (esim. oikeus omiin tavaroihin, taskurahaan, yhteydenpitoon läheisiin) ja velvollisuuksistaan.</w:t>
      </w:r>
    </w:p>
    <w:p w14:paraId="56DE91FA" w14:textId="77777777" w:rsidR="008D1F2C" w:rsidRPr="008D1F2C" w:rsidRDefault="008D1F2C" w:rsidP="00353067">
      <w:pPr>
        <w:ind w:left="720"/>
        <w:rPr>
          <w:lang w:val="fi-FI"/>
        </w:rPr>
      </w:pPr>
      <w:r w:rsidRPr="00ED1775">
        <w:rPr>
          <w:b/>
          <w:bCs/>
          <w:sz w:val="20"/>
          <w:lang w:val="fi-FI"/>
        </w:rPr>
        <w:lastRenderedPageBreak/>
        <w:t>Yhteisissä k</w:t>
      </w:r>
      <w:r w:rsidR="00ED1775">
        <w:rPr>
          <w:b/>
          <w:bCs/>
          <w:sz w:val="20"/>
          <w:lang w:val="fi-FI"/>
        </w:rPr>
        <w:t>eskusteluhetkissä</w:t>
      </w:r>
      <w:r w:rsidRPr="008D1F2C">
        <w:rPr>
          <w:b/>
          <w:bCs/>
          <w:sz w:val="20"/>
          <w:lang w:val="fi-FI"/>
        </w:rPr>
        <w:t>:</w:t>
      </w:r>
      <w:r w:rsidRPr="008D1F2C">
        <w:rPr>
          <w:sz w:val="20"/>
          <w:lang w:val="fi-FI"/>
        </w:rPr>
        <w:t xml:space="preserve"> Suunnitelman toteutumista ja perhekodin ilmapiiriä arvioidaan </w:t>
      </w:r>
      <w:r w:rsidR="00ED1775">
        <w:rPr>
          <w:sz w:val="20"/>
          <w:lang w:val="fi-FI"/>
        </w:rPr>
        <w:t>yhteisissä keskusteluhetkissä.</w:t>
      </w:r>
      <w:r w:rsidRPr="008D1F2C">
        <w:rPr>
          <w:sz w:val="20"/>
          <w:lang w:val="fi-FI"/>
        </w:rPr>
        <w:t xml:space="preserve"> Keskusteluissa esiin nousevat asiat ja mahdolliset muutostoiveet huomioidaan arjen käy</w:t>
      </w:r>
      <w:r w:rsidR="00ED1775">
        <w:rPr>
          <w:sz w:val="20"/>
          <w:lang w:val="fi-FI"/>
        </w:rPr>
        <w:t>t</w:t>
      </w:r>
      <w:r w:rsidRPr="008D1F2C">
        <w:rPr>
          <w:sz w:val="20"/>
          <w:lang w:val="fi-FI"/>
        </w:rPr>
        <w:t>ännöissä.</w:t>
      </w:r>
    </w:p>
    <w:p w14:paraId="3392F545" w14:textId="77777777" w:rsidR="001D4935" w:rsidRPr="00ED1775" w:rsidRDefault="008D1F2C" w:rsidP="00353067">
      <w:pPr>
        <w:ind w:left="720"/>
        <w:rPr>
          <w:lang w:val="fi-FI"/>
        </w:rPr>
      </w:pPr>
      <w:r>
        <w:rPr>
          <w:sz w:val="20"/>
        </w:rPr>
        <w:t>Konkreettiset arjen tilanteet: Jos arjessa tapahtuu konflikti, uhkaava tilanne tai muu lapsen turvallisuuteen vaikuttava tapahtuma, tilanne ja sen syyt käydään lapsen kanssa jälkikäteen läpi hänen ikänsä ja kehitystasonsa mukaisesti rauhallisessa ilmapiirissä. Samalla arvioidaan, miten vastaava tilanne voidaan jatkossa ehkäistä ja miten lapsi voi saada tilanteessa tarvitsemansa tuen.</w:t>
      </w:r>
    </w:p>
    <w:p w14:paraId="27D81C8D" w14:textId="77777777" w:rsidR="001D4935" w:rsidRPr="00600150" w:rsidRDefault="001D4935">
      <w:pPr>
        <w:rPr>
          <w:lang w:val="fi-FI"/>
        </w:rPr>
      </w:pPr>
    </w:p>
    <w:p w14:paraId="28CC27D0" w14:textId="77777777" w:rsidR="0056543D" w:rsidRPr="0056543D" w:rsidRDefault="0056543D" w:rsidP="00B90690">
      <w:pPr>
        <w:pStyle w:val="Otsikko2"/>
        <w:spacing w:after="240"/>
        <w:rPr>
          <w:lang w:val="fi-FI"/>
        </w:rPr>
      </w:pPr>
      <w:r w:rsidRPr="0056543D">
        <w:rPr>
          <w:rFonts w:ascii="Arial" w:hAnsi="Arial"/>
          <w:lang w:val="fi-FI"/>
        </w:rPr>
        <w:t>4.3 Yhteistyö läheisten ja viranomaisten kanssa</w:t>
      </w:r>
    </w:p>
    <w:p w14:paraId="3B202131" w14:textId="77777777" w:rsidR="0056543D" w:rsidRPr="0056543D" w:rsidRDefault="0056543D" w:rsidP="0056543D">
      <w:pPr>
        <w:rPr>
          <w:lang w:val="fi-FI"/>
        </w:rPr>
      </w:pPr>
      <w:r w:rsidRPr="0056543D">
        <w:rPr>
          <w:sz w:val="20"/>
          <w:lang w:val="fi-FI"/>
        </w:rPr>
        <w:t>Perhekodissamme yhteistyö lapsen läheisten, viranomaisten sekä muun tukiverkoston kanssa perustuu avoimuuteen, suunnitelmallisuuteen ja vahvaan kasvatuskumppanuuteen. Yhteistyön ensisijaisena tavoitteena on aina lapsen edun toteutuminen sekä sijoitukselle asetettujen tavoitteiden saavuttaminen.</w:t>
      </w:r>
    </w:p>
    <w:p w14:paraId="5AA62B57" w14:textId="77777777" w:rsidR="0056543D" w:rsidRPr="0056543D" w:rsidRDefault="0056543D" w:rsidP="0056543D">
      <w:pPr>
        <w:rPr>
          <w:b/>
          <w:bCs/>
          <w:lang w:val="fi-FI"/>
        </w:rPr>
      </w:pPr>
      <w:r w:rsidRPr="0056543D">
        <w:rPr>
          <w:b/>
          <w:bCs/>
          <w:sz w:val="20"/>
          <w:lang w:val="fi-FI"/>
        </w:rPr>
        <w:t>Yhteistyö lapsen vanhempien ja muun läheisverkoston kanssa</w:t>
      </w:r>
    </w:p>
    <w:p w14:paraId="33D9A0F1" w14:textId="77777777" w:rsidR="0056543D" w:rsidRPr="0056543D" w:rsidRDefault="0056543D" w:rsidP="00353067">
      <w:pPr>
        <w:ind w:left="720"/>
        <w:rPr>
          <w:lang w:val="fi-FI"/>
        </w:rPr>
      </w:pPr>
      <w:r w:rsidRPr="0056543D">
        <w:rPr>
          <w:b/>
          <w:bCs/>
          <w:sz w:val="20"/>
          <w:lang w:val="fi-FI"/>
        </w:rPr>
        <w:t>Yhteydenpito arjessa:</w:t>
      </w:r>
      <w:r w:rsidRPr="0056543D">
        <w:rPr>
          <w:sz w:val="20"/>
          <w:lang w:val="fi-FI"/>
        </w:rPr>
        <w:t xml:space="preserve"> Vanhempien ja läheisten kanssa tehtävä yhteistyö on aktiivista ja säännöllistä. Yhteydenpidon tavoista, aikatauluista ja käytännön rajoista sovitaan aina lapsikohtaisesti asiakassuunnitelman mukaisesti. Arjen kuulumisia ja lapsen onnistumisia jaetaan puhelimitse, viesteillä tai suojatuilla digitaalisilla alustoilla vanhemman toiveita kunnioittaen.</w:t>
      </w:r>
    </w:p>
    <w:p w14:paraId="3F000C73" w14:textId="77777777" w:rsidR="0056543D" w:rsidRPr="0056543D" w:rsidRDefault="0056543D" w:rsidP="00353067">
      <w:pPr>
        <w:ind w:left="720"/>
        <w:rPr>
          <w:lang w:val="fi-FI"/>
        </w:rPr>
      </w:pPr>
      <w:r w:rsidRPr="0056543D">
        <w:rPr>
          <w:b/>
          <w:bCs/>
          <w:sz w:val="20"/>
          <w:lang w:val="fi-FI"/>
        </w:rPr>
        <w:t>Tapaamiset ja kotilomat:</w:t>
      </w:r>
      <w:r w:rsidRPr="0056543D">
        <w:rPr>
          <w:sz w:val="20"/>
          <w:lang w:val="fi-FI"/>
        </w:rPr>
        <w:t xml:space="preserve"> Perhekoti tukee ja mahdollistaa lapsen ja vanhempien välisiä tapaamisia joko perhekodilla, vanhempien luona tai neutraalissa ympäristössä. Kotilomien ja tapaamisten käytännön järjestelyt, kuten kuljetukset, sovitaan ajoissa ja selkeästi. Vanhemmat ovat aina tervetulleita vierailemaan perhekodissa erikseen sovittuina aikoina.</w:t>
      </w:r>
    </w:p>
    <w:p w14:paraId="7FEA7BE1" w14:textId="77777777" w:rsidR="0056543D" w:rsidRPr="0056543D" w:rsidRDefault="0056543D" w:rsidP="00353067">
      <w:pPr>
        <w:ind w:left="720"/>
        <w:rPr>
          <w:lang w:val="fi-FI"/>
        </w:rPr>
      </w:pPr>
      <w:r w:rsidRPr="0056543D">
        <w:rPr>
          <w:b/>
          <w:bCs/>
          <w:sz w:val="20"/>
          <w:lang w:val="fi-FI"/>
        </w:rPr>
        <w:t>Osallisuus lapsen elämään:</w:t>
      </w:r>
      <w:r w:rsidRPr="0056543D">
        <w:rPr>
          <w:sz w:val="20"/>
          <w:lang w:val="fi-FI"/>
        </w:rPr>
        <w:t xml:space="preserve"> Vanhempia kannustetaan ja </w:t>
      </w:r>
      <w:proofErr w:type="spellStart"/>
      <w:r w:rsidRPr="0056543D">
        <w:rPr>
          <w:sz w:val="20"/>
          <w:lang w:val="fi-FI"/>
        </w:rPr>
        <w:t>osallistetaan</w:t>
      </w:r>
      <w:proofErr w:type="spellEnd"/>
      <w:r w:rsidRPr="0056543D">
        <w:rPr>
          <w:sz w:val="20"/>
          <w:lang w:val="fi-FI"/>
        </w:rPr>
        <w:t xml:space="preserve"> lapsen elämään ja päätöksentekoon (esim. koulunkäynti, harrastukset, terveydenhuolto) heidän huoltajuusasemansa ja asiakassuunnitelman rajoissa. Vanhempien mielipiteitä ja toiveita kuunnellaan kunnioittavasti.</w:t>
      </w:r>
    </w:p>
    <w:p w14:paraId="619F5A5A" w14:textId="77777777" w:rsidR="0056543D" w:rsidRPr="0056543D" w:rsidRDefault="0056543D" w:rsidP="0056543D">
      <w:pPr>
        <w:rPr>
          <w:b/>
          <w:bCs/>
          <w:lang w:val="fi-FI"/>
        </w:rPr>
      </w:pPr>
      <w:r w:rsidRPr="0056543D">
        <w:rPr>
          <w:b/>
          <w:bCs/>
          <w:sz w:val="20"/>
          <w:lang w:val="fi-FI"/>
        </w:rPr>
        <w:t>Yhteistyö lapsen asioista vastaavan sosiaalityöntekijän kanssa</w:t>
      </w:r>
    </w:p>
    <w:p w14:paraId="395A1306" w14:textId="77777777" w:rsidR="0056543D" w:rsidRPr="0056543D" w:rsidRDefault="0056543D" w:rsidP="00353067">
      <w:pPr>
        <w:ind w:left="720"/>
        <w:rPr>
          <w:lang w:val="fi-FI"/>
        </w:rPr>
      </w:pPr>
      <w:r w:rsidRPr="0056543D">
        <w:rPr>
          <w:b/>
          <w:bCs/>
          <w:sz w:val="20"/>
          <w:lang w:val="fi-FI"/>
        </w:rPr>
        <w:t>Säännöllinen raportointi ja yhteydenpito:</w:t>
      </w:r>
      <w:r w:rsidRPr="0056543D">
        <w:rPr>
          <w:sz w:val="20"/>
          <w:lang w:val="fi-FI"/>
        </w:rPr>
        <w:t xml:space="preserve"> Lapsen asioista vastaavaan sosiaalityöntekijään pidetään yhteyttä matalalla kynnyksellä. Perhekoti toimittaa sosiaalityöntekijälle kirjalliset määräaikaisraportit lapsen tilanteesta, kuntoutumisen etenemisestä sekä arjen kuulumisista sovituin aikavälein.</w:t>
      </w:r>
    </w:p>
    <w:p w14:paraId="4F98AF56" w14:textId="77777777" w:rsidR="0056543D" w:rsidRPr="0056543D" w:rsidRDefault="0056543D" w:rsidP="00353067">
      <w:pPr>
        <w:ind w:left="720"/>
        <w:rPr>
          <w:lang w:val="fi-FI"/>
        </w:rPr>
      </w:pPr>
      <w:r w:rsidRPr="0056543D">
        <w:rPr>
          <w:b/>
          <w:bCs/>
          <w:sz w:val="20"/>
          <w:lang w:val="fi-FI"/>
        </w:rPr>
        <w:t>Asiakassuunnitelmaneuvottelut:</w:t>
      </w:r>
      <w:r w:rsidRPr="0056543D">
        <w:rPr>
          <w:sz w:val="20"/>
          <w:lang w:val="fi-FI"/>
        </w:rPr>
        <w:t xml:space="preserve"> Perhekodin työntekijät osallistuvat aina lapsen asiakassuunnitelman laatimiseen ja päivityksiin. Neuvotteluihin valmistaudutaan yhdessä lapsen kanssa, jotta myös lapsen oma ääni saadaan niissä kuuluviin.</w:t>
      </w:r>
    </w:p>
    <w:p w14:paraId="2F8B4E22" w14:textId="77777777" w:rsidR="0056543D" w:rsidRPr="0056543D" w:rsidRDefault="0056543D" w:rsidP="00353067">
      <w:pPr>
        <w:ind w:left="720"/>
        <w:rPr>
          <w:lang w:val="fi-FI"/>
        </w:rPr>
      </w:pPr>
      <w:r w:rsidRPr="0056543D">
        <w:rPr>
          <w:b/>
          <w:bCs/>
          <w:sz w:val="20"/>
          <w:lang w:val="fi-FI"/>
        </w:rPr>
        <w:t>Akuutit tilanteet ja muutokset:</w:t>
      </w:r>
      <w:r w:rsidRPr="0056543D">
        <w:rPr>
          <w:sz w:val="20"/>
          <w:lang w:val="fi-FI"/>
        </w:rPr>
        <w:t xml:space="preserve"> Lapsen tilanteessa tapahtuvista merkittävistä muutoksista, sairastumisista, tapaturmista tai mahdollisista poikkeamista ilmoitetaan lapsen sosiaalityöntekijälle välittömästi.</w:t>
      </w:r>
    </w:p>
    <w:p w14:paraId="0E414AAB" w14:textId="77777777" w:rsidR="0056543D" w:rsidRPr="0056543D" w:rsidRDefault="0056543D" w:rsidP="0056543D">
      <w:pPr>
        <w:rPr>
          <w:b/>
          <w:bCs/>
          <w:lang w:val="fi-FI"/>
        </w:rPr>
      </w:pPr>
      <w:r w:rsidRPr="0056543D">
        <w:rPr>
          <w:b/>
          <w:bCs/>
          <w:sz w:val="20"/>
          <w:lang w:val="fi-FI"/>
        </w:rPr>
        <w:t>Yhteistyö muun viranomais- ja asiantuntijaverkoston kanssa</w:t>
      </w:r>
    </w:p>
    <w:p w14:paraId="79DA2D34" w14:textId="77777777" w:rsidR="0056543D" w:rsidRPr="0056543D" w:rsidRDefault="0056543D" w:rsidP="00A60C72">
      <w:pPr>
        <w:ind w:left="720"/>
        <w:rPr>
          <w:lang w:val="fi-FI"/>
        </w:rPr>
      </w:pPr>
      <w:r w:rsidRPr="0056543D">
        <w:rPr>
          <w:b/>
          <w:bCs/>
          <w:sz w:val="20"/>
          <w:lang w:val="fi-FI"/>
        </w:rPr>
        <w:lastRenderedPageBreak/>
        <w:t>Koulu ja varhaiskasvatus:</w:t>
      </w:r>
      <w:r w:rsidRPr="0056543D">
        <w:rPr>
          <w:sz w:val="20"/>
          <w:lang w:val="fi-FI"/>
        </w:rPr>
        <w:t xml:space="preserve"> Perhekoti tekee tiivistä ja ennakoivaa yhteistyötä koulun (opettajat, kuraattorit, psykologit) tai päiväkodin kanssa lapsen oppimisen ja sosiaalisen kasvun tukemiseksi. Osallistumme säännöllisesti vanhempainiltoihin, HOJKS-neuvotteluihin sekä monialaisiin verkostopalavereihin.</w:t>
      </w:r>
    </w:p>
    <w:p w14:paraId="42050EBD" w14:textId="77777777" w:rsidR="0056543D" w:rsidRPr="0056543D" w:rsidRDefault="0056543D" w:rsidP="00A60C72">
      <w:pPr>
        <w:ind w:left="720"/>
        <w:rPr>
          <w:lang w:val="fi-FI"/>
        </w:rPr>
      </w:pPr>
      <w:r w:rsidRPr="0056543D">
        <w:rPr>
          <w:b/>
          <w:bCs/>
          <w:sz w:val="20"/>
          <w:lang w:val="fi-FI"/>
        </w:rPr>
        <w:t>Terveydenhuolto ja terapiaverkostot:</w:t>
      </w:r>
      <w:r w:rsidRPr="0056543D">
        <w:rPr>
          <w:sz w:val="20"/>
          <w:lang w:val="fi-FI"/>
        </w:rPr>
        <w:t xml:space="preserve"> Lapsen tarvitsemat hoito-, tutkimus- ja terapiakontaktit (esim. perheneuvola, nuorisopsykiatria, toimintaterapia) koordinoidaan ja aikataulutetaan perhekodin toimesta. Terapioiden tavoitteita ja arjen tukitoimia sovitetaan yhteen terapeuttien kanssa säännöllisissä verkostotapaamisissa.</w:t>
      </w:r>
    </w:p>
    <w:p w14:paraId="57134366" w14:textId="77777777" w:rsidR="005E3752" w:rsidRPr="00ED1775" w:rsidRDefault="0056543D" w:rsidP="00A60C72">
      <w:pPr>
        <w:ind w:left="720"/>
        <w:rPr>
          <w:lang w:val="fi-FI"/>
        </w:rPr>
      </w:pPr>
      <w:r w:rsidRPr="0056543D">
        <w:rPr>
          <w:b/>
          <w:bCs/>
          <w:sz w:val="20"/>
          <w:lang w:val="fi-FI"/>
        </w:rPr>
        <w:t>Vapaa-aika ja harrastukset:</w:t>
      </w:r>
      <w:r w:rsidRPr="0056543D">
        <w:rPr>
          <w:sz w:val="20"/>
          <w:lang w:val="fi-FI"/>
        </w:rPr>
        <w:t xml:space="preserve"> Teemme yhteistyötä paikallisten harrastusseurojen, nuorisotoimen ja kolmannen sektorin toimijoiden kanssa, jotta jokaiselle lapselle löytyy hänen mielenkiinnon kohteitaan vastaava, mielekäs harrastus ja sosiaalinen verkosto perhekodin ulkopuolella.</w:t>
      </w:r>
    </w:p>
    <w:p w14:paraId="190D789F" w14:textId="77777777" w:rsidR="005E3752" w:rsidRPr="00600150" w:rsidRDefault="005E3752">
      <w:pPr>
        <w:pStyle w:val="Otsikko1"/>
        <w:spacing w:before="240" w:after="120"/>
        <w:rPr>
          <w:rFonts w:ascii="Arial" w:hAnsi="Arial"/>
          <w:sz w:val="32"/>
          <w:lang w:val="fi-FI"/>
        </w:rPr>
      </w:pPr>
    </w:p>
    <w:p w14:paraId="34D93A10" w14:textId="77777777" w:rsidR="00232783" w:rsidRDefault="00232783">
      <w:pPr>
        <w:rPr>
          <w:rFonts w:eastAsiaTheme="majorEastAsia" w:cstheme="majorBidi"/>
          <w:b/>
          <w:bCs/>
          <w:color w:val="365F91" w:themeColor="accent1" w:themeShade="BF"/>
          <w:sz w:val="32"/>
          <w:szCs w:val="28"/>
          <w:lang w:val="fi-FI"/>
        </w:rPr>
      </w:pPr>
      <w:r>
        <w:rPr>
          <w:sz w:val="32"/>
          <w:lang w:val="fi-FI"/>
        </w:rPr>
        <w:br w:type="page"/>
      </w:r>
    </w:p>
    <w:p w14:paraId="65568398" w14:textId="77777777" w:rsidR="00ED09F4" w:rsidRDefault="00ED09F4" w:rsidP="00ED09F4">
      <w:pPr>
        <w:pStyle w:val="Otsikko2"/>
        <w:spacing w:after="240"/>
      </w:pPr>
      <w:r>
        <w:rPr>
          <w:rFonts w:ascii="Arial" w:hAnsi="Arial"/>
        </w:rPr>
        <w:lastRenderedPageBreak/>
        <w:t xml:space="preserve">4.4 </w:t>
      </w:r>
      <w:proofErr w:type="spellStart"/>
      <w:r>
        <w:rPr>
          <w:rFonts w:ascii="Arial" w:hAnsi="Arial"/>
        </w:rPr>
        <w:t>Muistutusten</w:t>
      </w:r>
      <w:proofErr w:type="spellEnd"/>
      <w:r>
        <w:rPr>
          <w:rFonts w:ascii="Arial" w:hAnsi="Arial"/>
        </w:rPr>
        <w:t xml:space="preserve">, </w:t>
      </w:r>
      <w:proofErr w:type="spellStart"/>
      <w:r>
        <w:rPr>
          <w:rFonts w:ascii="Arial" w:hAnsi="Arial"/>
        </w:rPr>
        <w:t>palautteiden</w:t>
      </w:r>
      <w:proofErr w:type="spellEnd"/>
      <w:r>
        <w:rPr>
          <w:rFonts w:ascii="Arial" w:hAnsi="Arial"/>
        </w:rPr>
        <w:t xml:space="preserve"> ja </w:t>
      </w:r>
      <w:proofErr w:type="spellStart"/>
      <w:r>
        <w:rPr>
          <w:rFonts w:ascii="Arial" w:hAnsi="Arial"/>
        </w:rPr>
        <w:t>kanteluiden</w:t>
      </w:r>
      <w:proofErr w:type="spellEnd"/>
      <w:r>
        <w:rPr>
          <w:rFonts w:ascii="Arial" w:hAnsi="Arial"/>
        </w:rPr>
        <w:t xml:space="preserve"> käsittely</w:t>
      </w:r>
    </w:p>
    <w:p w14:paraId="43035AC0" w14:textId="77777777" w:rsidR="00ED09F4" w:rsidRDefault="00ED09F4" w:rsidP="00ED09F4">
      <w:r>
        <w:rPr>
          <w:sz w:val="20"/>
        </w:rPr>
        <w:t>Lapselle ja hänen läheisilleen kerrotaan ymmärrettävästi mahdollisuudesta antaa palautetta, tehdä muistutus tai olla yhteydessä sosiaali- ja potilasasiavastaavaan. Lapselle kerrotaan myös, että hän voi olla yhteydessä omaan sosiaalityöntekijäänsä ja muihin toimivaltaisiin viranomaisiin.</w:t>
      </w:r>
    </w:p>
    <w:p w14:paraId="72BD4D3E" w14:textId="77777777" w:rsidR="00ED09F4" w:rsidRDefault="00ED09F4" w:rsidP="00ED09F4">
      <w:r>
        <w:rPr>
          <w:sz w:val="20"/>
        </w:rPr>
        <w:t>Perhekodille osoitetut muistutukset ja kirjalliset palautteet vastaanottaa perhekodin johtaja Katja Ikonen. Jos muistutus koskee hänen omaa toimintaansa tai hänen esteettömyytensä vaarantuu, asian käsittely järjestetään palveluntuottajan johdon ja tarvittaessa palvelun järjestäjän kanssa siten, että käsittely on asianmukaista ja puolueetonta. Muistutus käsitellään ilman aiheetonta viivytystä ja siihen annetaan kirjallinen vastaus sovellettavan lainsäädännön määräajassa.</w:t>
      </w:r>
    </w:p>
    <w:p w14:paraId="63492707" w14:textId="77777777" w:rsidR="00ED09F4" w:rsidRDefault="00ED09F4" w:rsidP="00ED09F4">
      <w:pPr>
        <w:rPr>
          <w:sz w:val="20"/>
        </w:rPr>
      </w:pPr>
      <w:r>
        <w:rPr>
          <w:sz w:val="20"/>
        </w:rPr>
        <w:t>Muistutuksen käsittely, johtopäätökset ja korjaavat toimenpiteet dokumentoidaan. Muistutuksen käsittelyssä ei kirjata julkiseen omavalvontasuunnitelmaan lapsen tai muiden henkilöiden tunnistetietoja. Jos asia edellyttää ilmoitusta palvelun järjestäjälle tai valvontaviranomaiselle, ilmoitus tehdään sovellettavan lainsäädännön ja sopimusvelvoitteiden mukaisesti.</w:t>
      </w:r>
    </w:p>
    <w:p w14:paraId="0C954A89" w14:textId="77777777" w:rsidR="001D4935" w:rsidRPr="00232783" w:rsidRDefault="001840E9" w:rsidP="00232783">
      <w:pPr>
        <w:pStyle w:val="Otsikko1"/>
        <w:spacing w:before="240" w:after="120"/>
        <w:rPr>
          <w:lang w:val="fi-FI"/>
        </w:rPr>
      </w:pPr>
      <w:r w:rsidRPr="00600150">
        <w:rPr>
          <w:rFonts w:ascii="Arial" w:hAnsi="Arial"/>
          <w:sz w:val="32"/>
          <w:lang w:val="fi-FI"/>
        </w:rPr>
        <w:t>5. Turvallisuus ja riskienhallinta</w:t>
      </w:r>
    </w:p>
    <w:p w14:paraId="565931A0" w14:textId="77777777" w:rsidR="006B2422" w:rsidRPr="006B2422" w:rsidRDefault="006B2422" w:rsidP="00B90690">
      <w:pPr>
        <w:pStyle w:val="Otsikko2"/>
        <w:spacing w:after="240"/>
        <w:rPr>
          <w:lang w:val="fi-FI"/>
        </w:rPr>
      </w:pPr>
      <w:r w:rsidRPr="006B2422">
        <w:rPr>
          <w:rFonts w:ascii="Arial" w:hAnsi="Arial"/>
          <w:lang w:val="fi-FI"/>
        </w:rPr>
        <w:t>5.1 Lääkehoitosuunnitelma ja lääkehoitoprosessi</w:t>
      </w:r>
    </w:p>
    <w:p w14:paraId="36D1A862" w14:textId="77777777" w:rsidR="006B2422" w:rsidRPr="006B2422" w:rsidRDefault="006B2422" w:rsidP="006B2422">
      <w:pPr>
        <w:rPr>
          <w:lang w:val="fi-FI"/>
        </w:rPr>
      </w:pPr>
      <w:r w:rsidRPr="006B2422">
        <w:rPr>
          <w:sz w:val="20"/>
          <w:lang w:val="fi-FI"/>
        </w:rPr>
        <w:t xml:space="preserve">Perhekodissamme on käytössä erillinen, yksikkökohtainen </w:t>
      </w:r>
      <w:r w:rsidRPr="006B2422">
        <w:rPr>
          <w:b/>
          <w:bCs/>
          <w:sz w:val="20"/>
          <w:lang w:val="fi-FI"/>
        </w:rPr>
        <w:t>Lääkehoitosuunnitelma</w:t>
      </w:r>
      <w:r w:rsidRPr="006B2422">
        <w:rPr>
          <w:sz w:val="20"/>
          <w:lang w:val="fi-FI"/>
        </w:rPr>
        <w:t>, jonka on hyväksynyt ja allekirjoittanut laillistettu lääkäri [</w:t>
      </w:r>
      <w:r w:rsidR="004C1A20" w:rsidRPr="00C30152">
        <w:rPr>
          <w:sz w:val="20"/>
          <w:lang w:val="fi-FI"/>
        </w:rPr>
        <w:t>Sirppa.fi</w:t>
      </w:r>
      <w:r w:rsidRPr="006B2422">
        <w:rPr>
          <w:sz w:val="20"/>
          <w:lang w:val="fi-FI"/>
        </w:rPr>
        <w:t>]. Lääkehoitosuunnitelma päivitetään vuosittain tai aina, kun toiminta tai lääkehoidon prosessit muuttuvat.</w:t>
      </w:r>
    </w:p>
    <w:p w14:paraId="2435889A" w14:textId="77777777" w:rsidR="006B2422" w:rsidRPr="006B2422" w:rsidRDefault="006B2422" w:rsidP="006B2422">
      <w:pPr>
        <w:rPr>
          <w:b/>
          <w:bCs/>
          <w:lang w:val="fi-FI"/>
        </w:rPr>
      </w:pPr>
      <w:r w:rsidRPr="006B2422">
        <w:rPr>
          <w:b/>
          <w:bCs/>
          <w:sz w:val="20"/>
          <w:lang w:val="fi-FI"/>
        </w:rPr>
        <w:t>Lääkkeiden säilytys ja jakaminen</w:t>
      </w:r>
    </w:p>
    <w:p w14:paraId="34C63CFC" w14:textId="77777777" w:rsidR="006B2422" w:rsidRPr="006B2422" w:rsidRDefault="006B2422" w:rsidP="00B90690">
      <w:pPr>
        <w:ind w:left="720"/>
        <w:rPr>
          <w:lang w:val="fi-FI"/>
        </w:rPr>
      </w:pPr>
      <w:r w:rsidRPr="006B2422">
        <w:rPr>
          <w:b/>
          <w:bCs/>
          <w:sz w:val="20"/>
          <w:lang w:val="fi-FI"/>
        </w:rPr>
        <w:t>Säilytys:</w:t>
      </w:r>
      <w:r w:rsidRPr="006B2422">
        <w:rPr>
          <w:sz w:val="20"/>
          <w:lang w:val="fi-FI"/>
        </w:rPr>
        <w:t xml:space="preserve"> Kaikki perhekodin lääkkeet (sekä reseptilääkkeet että OTC-eli käsikauppalääkkeet) säilytetään keskitetysti lukitussa lääkekaapissa, johon on pääsy vain lääkeluvallisilla työntekijöillä. Lasten omissa huoneissa ei säilytetä lääkkeitä.</w:t>
      </w:r>
    </w:p>
    <w:p w14:paraId="341E5C80" w14:textId="77777777" w:rsidR="006B2422" w:rsidRPr="006B2422" w:rsidRDefault="006B2422" w:rsidP="00B90690">
      <w:pPr>
        <w:ind w:left="720"/>
        <w:rPr>
          <w:lang w:val="fi-FI"/>
        </w:rPr>
      </w:pPr>
      <w:r w:rsidRPr="006B2422">
        <w:rPr>
          <w:b/>
          <w:bCs/>
          <w:sz w:val="20"/>
          <w:lang w:val="fi-FI"/>
        </w:rPr>
        <w:t>Luvallisuus:</w:t>
      </w:r>
      <w:r w:rsidRPr="006B2422">
        <w:rPr>
          <w:sz w:val="20"/>
          <w:lang w:val="fi-FI"/>
        </w:rPr>
        <w:t xml:space="preserve"> Lääkkeiden jakamisesta dosetteihin ja niiden antamisesta lapsille vastaavat vain työntekijät, joilla on voimassa oleva </w:t>
      </w:r>
      <w:r w:rsidR="00C30152" w:rsidRPr="006B2422">
        <w:rPr>
          <w:sz w:val="20"/>
          <w:lang w:val="fi-FI"/>
        </w:rPr>
        <w:t>vastuuhenkilön myöntämä kirjallinen lääkehoitolupa</w:t>
      </w:r>
      <w:r w:rsidR="00C30152">
        <w:rPr>
          <w:sz w:val="20"/>
          <w:lang w:val="fi-FI"/>
        </w:rPr>
        <w:t xml:space="preserve">. lääkehoitoluvan myöntämiseksi edellytetään suoritettu </w:t>
      </w:r>
      <w:r w:rsidRPr="006B2422">
        <w:rPr>
          <w:sz w:val="20"/>
          <w:lang w:val="fi-FI"/>
        </w:rPr>
        <w:t>lääkehoidon teoriakoulutus (</w:t>
      </w:r>
      <w:r w:rsidR="00C30152">
        <w:rPr>
          <w:sz w:val="20"/>
          <w:lang w:val="fi-FI"/>
        </w:rPr>
        <w:t>Turvallinen lääkehoito). Muilta kuin sairaanhoitajilta edellytetään myös yksikköön suoritetut lääkehoidon näyttökokeet.</w:t>
      </w:r>
    </w:p>
    <w:p w14:paraId="0BCF62E2" w14:textId="77777777" w:rsidR="006B2422" w:rsidRPr="00C30152" w:rsidRDefault="006B2422" w:rsidP="00B90690">
      <w:pPr>
        <w:ind w:left="720"/>
        <w:rPr>
          <w:lang w:val="fi-FI"/>
        </w:rPr>
      </w:pPr>
      <w:r w:rsidRPr="00C30152">
        <w:rPr>
          <w:b/>
          <w:bCs/>
          <w:sz w:val="20"/>
          <w:lang w:val="fi-FI"/>
        </w:rPr>
        <w:t>Kirjaaminen:</w:t>
      </w:r>
      <w:r w:rsidRPr="00C30152">
        <w:rPr>
          <w:sz w:val="20"/>
          <w:lang w:val="fi-FI"/>
        </w:rPr>
        <w:t xml:space="preserve"> Jokainen annettu lääkeannos, tarvittaessa otettava lääke</w:t>
      </w:r>
      <w:r w:rsidR="005E3752" w:rsidRPr="00C30152">
        <w:rPr>
          <w:sz w:val="20"/>
          <w:lang w:val="fi-FI"/>
        </w:rPr>
        <w:t xml:space="preserve"> </w:t>
      </w:r>
      <w:r w:rsidRPr="00C30152">
        <w:rPr>
          <w:sz w:val="20"/>
          <w:lang w:val="fi-FI"/>
        </w:rPr>
        <w:t>sekä mahdolliset lääkkeen antamatta jättämiset kirjataan välittömästi lapsen sähköiseen lääkityskorttiin.</w:t>
      </w:r>
    </w:p>
    <w:p w14:paraId="2E113D69" w14:textId="77777777" w:rsidR="006B2422" w:rsidRPr="006B2422" w:rsidRDefault="006B2422" w:rsidP="006B2422">
      <w:pPr>
        <w:rPr>
          <w:b/>
          <w:bCs/>
          <w:lang w:val="fi-FI"/>
        </w:rPr>
      </w:pPr>
      <w:r w:rsidRPr="006B2422">
        <w:rPr>
          <w:b/>
          <w:bCs/>
          <w:sz w:val="20"/>
          <w:lang w:val="fi-FI"/>
        </w:rPr>
        <w:t>Lääkehoidon poikkeamatilanteet ja niistä oppiminen</w:t>
      </w:r>
    </w:p>
    <w:p w14:paraId="666DBFA8" w14:textId="77777777" w:rsidR="006B2422" w:rsidRPr="006B2422" w:rsidRDefault="006B2422" w:rsidP="00232783">
      <w:pPr>
        <w:ind w:left="720"/>
        <w:rPr>
          <w:lang w:val="fi-FI"/>
        </w:rPr>
      </w:pPr>
      <w:r w:rsidRPr="006B2422">
        <w:rPr>
          <w:b/>
          <w:bCs/>
          <w:sz w:val="20"/>
          <w:lang w:val="fi-FI"/>
        </w:rPr>
        <w:t>Poikkeaman määrittely:</w:t>
      </w:r>
      <w:r w:rsidRPr="006B2422">
        <w:rPr>
          <w:sz w:val="20"/>
          <w:lang w:val="fi-FI"/>
        </w:rPr>
        <w:t xml:space="preserve"> Lääkehoidon poikkeamaksi lasketaan lääkevirheet (esim. väärä lääke, väärä annos, väärä aika tai lääkkeen unohtuminen), läheltä piti -tilanteet (virhe huomataan ennen kuin lääke päätyy lapselle) sekä lääkkeiden katoamiset.</w:t>
      </w:r>
    </w:p>
    <w:p w14:paraId="1B5E7A0F" w14:textId="77777777" w:rsidR="006B2422" w:rsidRPr="006B2422" w:rsidRDefault="006B2422" w:rsidP="00232783">
      <w:pPr>
        <w:ind w:left="720"/>
        <w:rPr>
          <w:lang w:val="fi-FI"/>
        </w:rPr>
      </w:pPr>
      <w:r w:rsidRPr="006B2422">
        <w:rPr>
          <w:b/>
          <w:bCs/>
          <w:sz w:val="20"/>
          <w:lang w:val="fi-FI"/>
        </w:rPr>
        <w:t>Toiminta poikkeamatilanteessa:</w:t>
      </w:r>
    </w:p>
    <w:p w14:paraId="127D45C1" w14:textId="77777777" w:rsidR="006B2422" w:rsidRPr="006B2422" w:rsidRDefault="006B2422" w:rsidP="006B2422">
      <w:pPr>
        <w:numPr>
          <w:ilvl w:val="1"/>
          <w:numId w:val="24"/>
        </w:numPr>
        <w:rPr>
          <w:lang w:val="fi-FI"/>
        </w:rPr>
      </w:pPr>
      <w:r w:rsidRPr="006B2422">
        <w:rPr>
          <w:b/>
          <w:bCs/>
          <w:sz w:val="20"/>
          <w:lang w:val="fi-FI"/>
        </w:rPr>
        <w:t>Ensiapu ja lääkärin konsultointi:</w:t>
      </w:r>
      <w:r w:rsidRPr="006B2422">
        <w:rPr>
          <w:sz w:val="20"/>
          <w:lang w:val="fi-FI"/>
        </w:rPr>
        <w:t xml:space="preserve"> Jos virheellinen lääke on ehditty antaa, otetaan välittömästi yhteys </w:t>
      </w:r>
      <w:hyperlink r:id="rId11" w:tgtFrame="_blank" w:history="1">
        <w:r w:rsidRPr="006B2422">
          <w:rPr>
            <w:rStyle w:val="Hyperlinkki"/>
            <w:lang w:val="fi-FI"/>
          </w:rPr>
          <w:t>Myrkytystietokeskukseen</w:t>
        </w:r>
      </w:hyperlink>
      <w:r w:rsidRPr="006B2422">
        <w:rPr>
          <w:sz w:val="20"/>
          <w:lang w:val="fi-FI"/>
        </w:rPr>
        <w:t xml:space="preserve"> tai lääkäriin (esim. Terveyspäivystys), ja </w:t>
      </w:r>
      <w:r w:rsidRPr="006B2422">
        <w:rPr>
          <w:sz w:val="20"/>
          <w:lang w:val="fi-FI"/>
        </w:rPr>
        <w:lastRenderedPageBreak/>
        <w:t>toimitaan saatujen ohjeiden mukaan lapsen terveyden turvaamiseksi. Lapsen vointia seurataan tehostetusti.</w:t>
      </w:r>
    </w:p>
    <w:p w14:paraId="6AE9A858" w14:textId="77777777" w:rsidR="006B2422" w:rsidRPr="006B2422" w:rsidRDefault="006B2422" w:rsidP="006B2422">
      <w:pPr>
        <w:numPr>
          <w:ilvl w:val="1"/>
          <w:numId w:val="24"/>
        </w:numPr>
        <w:rPr>
          <w:lang w:val="fi-FI"/>
        </w:rPr>
      </w:pPr>
      <w:r w:rsidRPr="006B2422">
        <w:rPr>
          <w:b/>
          <w:bCs/>
          <w:sz w:val="20"/>
          <w:lang w:val="fi-FI"/>
        </w:rPr>
        <w:t>Ilmoitukset:</w:t>
      </w:r>
      <w:r w:rsidRPr="006B2422">
        <w:rPr>
          <w:sz w:val="20"/>
          <w:lang w:val="fi-FI"/>
        </w:rPr>
        <w:t xml:space="preserve"> Asiasta ilmoitetaan viipymättä lapsen huoltajille sekä lapsen asioista vastaavalle sosiaalityöntekijälle.</w:t>
      </w:r>
    </w:p>
    <w:p w14:paraId="20EC30C1" w14:textId="77777777" w:rsidR="006B2422" w:rsidRPr="006B2422" w:rsidRDefault="006B2422" w:rsidP="006B2422">
      <w:pPr>
        <w:numPr>
          <w:ilvl w:val="1"/>
          <w:numId w:val="24"/>
        </w:numPr>
        <w:rPr>
          <w:lang w:val="fi-FI"/>
        </w:rPr>
      </w:pPr>
      <w:r w:rsidRPr="006B2422">
        <w:rPr>
          <w:b/>
          <w:bCs/>
          <w:sz w:val="20"/>
          <w:lang w:val="fi-FI"/>
        </w:rPr>
        <w:t>Kirjallinen poikkeamailmoitus:</w:t>
      </w:r>
      <w:r w:rsidRPr="006B2422">
        <w:rPr>
          <w:sz w:val="20"/>
          <w:lang w:val="fi-FI"/>
        </w:rPr>
        <w:t xml:space="preserve"> Tapauksesta tehdään aina kirjallinen poikkeamailmoitus perhekodin sisäiseen järjestelmään 24 tunnin kuluessa.</w:t>
      </w:r>
    </w:p>
    <w:p w14:paraId="20172E76" w14:textId="77777777" w:rsidR="005E3752" w:rsidRDefault="006B2422" w:rsidP="00B90690">
      <w:pPr>
        <w:ind w:left="720"/>
        <w:rPr>
          <w:sz w:val="20"/>
          <w:lang w:val="fi-FI"/>
        </w:rPr>
      </w:pPr>
      <w:r w:rsidRPr="006B2422">
        <w:rPr>
          <w:b/>
          <w:bCs/>
          <w:sz w:val="20"/>
          <w:lang w:val="fi-FI"/>
        </w:rPr>
        <w:t>Poikkeamien käsittely ja riskien minimointi:</w:t>
      </w:r>
      <w:r w:rsidRPr="006B2422">
        <w:rPr>
          <w:sz w:val="20"/>
          <w:lang w:val="fi-FI"/>
        </w:rPr>
        <w:t xml:space="preserve"> Kaikki poikkeamat ja läheltä piti -tilanteet käydään läpi perhekodin seuraavassa tiimipalaverissa. Tilanteesta pyritään oppimaan: analysoidaan, miksi virhe tapahtui (esim. kiire, epäselvä kirjaus tai häiriötekijä jaoilla) ja muutetaan lääkehoidon käytäntöjä tai lääkekaapin järjestystä niin, ettei vastaava virhe pääse toistumaan.</w:t>
      </w:r>
    </w:p>
    <w:p w14:paraId="4D3DB431" w14:textId="77777777" w:rsidR="00EE47E8" w:rsidRPr="00A60C72" w:rsidRDefault="00EE47E8" w:rsidP="00B90690">
      <w:pPr>
        <w:ind w:left="720"/>
        <w:rPr>
          <w:lang w:val="fi-FI"/>
        </w:rPr>
      </w:pPr>
    </w:p>
    <w:p w14:paraId="345E303F" w14:textId="77777777" w:rsidR="001D4935" w:rsidRPr="00600150" w:rsidRDefault="001840E9" w:rsidP="00B90690">
      <w:pPr>
        <w:pStyle w:val="Otsikko2"/>
        <w:spacing w:after="240"/>
        <w:rPr>
          <w:lang w:val="fi-FI"/>
        </w:rPr>
      </w:pPr>
      <w:r w:rsidRPr="00600150">
        <w:rPr>
          <w:rFonts w:ascii="Arial" w:hAnsi="Arial"/>
          <w:lang w:val="fi-FI"/>
        </w:rPr>
        <w:t>5.2 Toimitilat ja fyysinen turvallisuus</w:t>
      </w:r>
    </w:p>
    <w:p w14:paraId="1C6DB063" w14:textId="77777777" w:rsidR="0044363F" w:rsidRPr="0044363F" w:rsidRDefault="0044363F">
      <w:pPr>
        <w:rPr>
          <w:lang w:val="fi-FI"/>
        </w:rPr>
      </w:pPr>
      <w:r>
        <w:rPr>
          <w:color w:val="000000" w:themeColor="text1"/>
          <w:sz w:val="20"/>
          <w:lang w:val="fi-FI"/>
        </w:rPr>
        <w:t xml:space="preserve">Tilojen kodikkuudesta ja turvallisuudesta huolehditaan yleisellä siisteydellä ja </w:t>
      </w:r>
      <w:r>
        <w:rPr>
          <w:sz w:val="20"/>
          <w:lang w:val="fi-FI"/>
        </w:rPr>
        <w:t>kiinteistössä ilmenevät viat tai puutteet korjataan mahdollisimman nopeasti ja asianmukaisesti. Tapaturmien ehkäisemiseksi noudatetaan yleistä huolellisuutta ja turvallisia työskentelytapoja arjen askareissa.</w:t>
      </w:r>
    </w:p>
    <w:p w14:paraId="37149517" w14:textId="77777777" w:rsidR="006B2422" w:rsidRDefault="0017674F">
      <w:pPr>
        <w:rPr>
          <w:lang w:val="fi-FI"/>
        </w:rPr>
      </w:pPr>
      <w:r>
        <w:rPr>
          <w:sz w:val="20"/>
          <w:lang w:val="fi-FI"/>
        </w:rPr>
        <w:t>Pelastussuunnitelma. Päivitetty 20.10.2026. päivitetään vuosittain</w:t>
      </w:r>
    </w:p>
    <w:p w14:paraId="2BA86601" w14:textId="77777777" w:rsidR="0017674F" w:rsidRDefault="0017674F">
      <w:pPr>
        <w:rPr>
          <w:lang w:val="fi-FI"/>
        </w:rPr>
      </w:pPr>
      <w:r>
        <w:rPr>
          <w:sz w:val="20"/>
          <w:lang w:val="fi-FI"/>
        </w:rPr>
        <w:t>Palotarkastus vuosittain, viimeisin 02/2026</w:t>
      </w:r>
    </w:p>
    <w:p w14:paraId="765DF540" w14:textId="77777777" w:rsidR="0017674F" w:rsidRDefault="0017674F">
      <w:pPr>
        <w:rPr>
          <w:sz w:val="20"/>
          <w:lang w:val="fi-FI"/>
        </w:rPr>
      </w:pPr>
      <w:r>
        <w:rPr>
          <w:sz w:val="20"/>
          <w:lang w:val="fi-FI"/>
        </w:rPr>
        <w:t>Ensiaputarvikkeet lääkekaapin yhteydessä tasolla</w:t>
      </w:r>
    </w:p>
    <w:p w14:paraId="700926E5" w14:textId="77777777" w:rsidR="00EE47E8" w:rsidRDefault="00EE47E8">
      <w:pPr>
        <w:rPr>
          <w:lang w:val="fi-FI"/>
        </w:rPr>
      </w:pPr>
    </w:p>
    <w:p w14:paraId="0D967DA2" w14:textId="77777777" w:rsidR="006B2422" w:rsidRPr="006B2422" w:rsidRDefault="006B2422" w:rsidP="00B90690">
      <w:pPr>
        <w:pStyle w:val="Otsikko2"/>
        <w:spacing w:after="240"/>
        <w:rPr>
          <w:lang w:val="fi-FI"/>
        </w:rPr>
      </w:pPr>
      <w:r w:rsidRPr="006B2422">
        <w:rPr>
          <w:rFonts w:ascii="Arial" w:hAnsi="Arial"/>
          <w:lang w:val="fi-FI"/>
        </w:rPr>
        <w:t>5.3 Asiakastietojen käsittely, kirjaaminen ja tietosuoja</w:t>
      </w:r>
    </w:p>
    <w:p w14:paraId="615E5A2F" w14:textId="77777777" w:rsidR="006B2422" w:rsidRPr="006B2422" w:rsidRDefault="006B2422" w:rsidP="006B2422">
      <w:pPr>
        <w:rPr>
          <w:lang w:val="fi-FI"/>
        </w:rPr>
      </w:pPr>
      <w:r w:rsidRPr="006B2422">
        <w:rPr>
          <w:sz w:val="20"/>
          <w:lang w:val="fi-FI"/>
        </w:rPr>
        <w:t xml:space="preserve">Perhekodissamme asiakastietojen käsittely, kirjaaminen ja säilyttäminen perustuvat ehdottomaan luottamuksellisuuteen, tietoturvaan sekä lainsäädännön vaatimuksiin. Jokaisella sijoitetulla lapsella on oikeus siihen, että hänen henkilökohtaisia tietojaan käsitellään turvallisesti ja että hänen yksityisyyttään kunnioitetaan. </w:t>
      </w:r>
      <w:r w:rsidR="005E3752">
        <w:rPr>
          <w:sz w:val="20"/>
          <w:lang w:val="fi-FI"/>
        </w:rPr>
        <w:t xml:space="preserve">Kirjaamiseen on käytössä </w:t>
      </w:r>
      <w:proofErr w:type="spellStart"/>
      <w:r w:rsidR="005E3752">
        <w:rPr>
          <w:sz w:val="20"/>
          <w:lang w:val="fi-FI"/>
        </w:rPr>
        <w:t>Myneva</w:t>
      </w:r>
      <w:proofErr w:type="spellEnd"/>
      <w:r w:rsidR="005E3752">
        <w:rPr>
          <w:sz w:val="20"/>
          <w:lang w:val="fi-FI"/>
        </w:rPr>
        <w:t xml:space="preserve"> Nappula asiakastietojärjestelmä.</w:t>
      </w:r>
    </w:p>
    <w:p w14:paraId="7BB6AEF6" w14:textId="77777777" w:rsidR="006B2422" w:rsidRPr="006B2422" w:rsidRDefault="006B2422" w:rsidP="006B2422">
      <w:pPr>
        <w:rPr>
          <w:b/>
          <w:bCs/>
          <w:lang w:val="fi-FI"/>
        </w:rPr>
      </w:pPr>
      <w:r w:rsidRPr="006B2422">
        <w:rPr>
          <w:b/>
          <w:bCs/>
          <w:sz w:val="20"/>
          <w:lang w:val="fi-FI"/>
        </w:rPr>
        <w:t>Kirjaamisvelvollisuus ja määrämuotoisuus</w:t>
      </w:r>
    </w:p>
    <w:p w14:paraId="2A63172B" w14:textId="77777777" w:rsidR="006B2422" w:rsidRPr="006B2422" w:rsidRDefault="006B2422" w:rsidP="00A60C72">
      <w:pPr>
        <w:ind w:left="720"/>
        <w:rPr>
          <w:lang w:val="fi-FI"/>
        </w:rPr>
      </w:pPr>
      <w:r w:rsidRPr="006B2422">
        <w:rPr>
          <w:b/>
          <w:bCs/>
          <w:sz w:val="20"/>
          <w:lang w:val="fi-FI"/>
        </w:rPr>
        <w:t>Säännöllinen ja viiveetön kirjaaminen:</w:t>
      </w:r>
      <w:r w:rsidRPr="006B2422">
        <w:rPr>
          <w:sz w:val="20"/>
          <w:lang w:val="fi-FI"/>
        </w:rPr>
        <w:t xml:space="preserve"> Jokainen ammatilliseen työhön osallistuva työntekijä ja perhehoitaja on velvollinen kirjaamaan</w:t>
      </w:r>
      <w:r w:rsidR="005E3752">
        <w:rPr>
          <w:sz w:val="20"/>
          <w:lang w:val="fi-FI"/>
        </w:rPr>
        <w:t xml:space="preserve"> Nappula-asiakastietojärjestelmään merkinnät</w:t>
      </w:r>
      <w:r w:rsidRPr="006B2422">
        <w:rPr>
          <w:sz w:val="20"/>
          <w:lang w:val="fi-FI"/>
        </w:rPr>
        <w:t xml:space="preserve"> lapsen arjen sujumisesta, kuntoutumisesta, terveydentilasta ja sijoituksen tavoitteiden etenemisestä. Kirjaukset tehdään viipymättä, pääsääntöisesti jokaisen työvuoron tai vuorokauden päätteeksi</w:t>
      </w:r>
      <w:r w:rsidR="00FE3231">
        <w:rPr>
          <w:sz w:val="20"/>
          <w:lang w:val="fi-FI"/>
        </w:rPr>
        <w:t>, mutta kuitenkin vähintään viikkokohtaisesti</w:t>
      </w:r>
      <w:r w:rsidRPr="006B2422">
        <w:rPr>
          <w:sz w:val="20"/>
          <w:lang w:val="fi-FI"/>
        </w:rPr>
        <w:t xml:space="preserve">. </w:t>
      </w:r>
    </w:p>
    <w:p w14:paraId="367C9394" w14:textId="77777777" w:rsidR="006B2422" w:rsidRPr="006B2422" w:rsidRDefault="006B2422" w:rsidP="00A60C72">
      <w:pPr>
        <w:ind w:left="720"/>
        <w:rPr>
          <w:lang w:val="fi-FI"/>
        </w:rPr>
      </w:pPr>
      <w:r w:rsidRPr="006B2422">
        <w:rPr>
          <w:b/>
          <w:bCs/>
          <w:sz w:val="20"/>
          <w:lang w:val="fi-FI"/>
        </w:rPr>
        <w:t>Asiallinen ja kunnioittava kieli:</w:t>
      </w:r>
      <w:r w:rsidRPr="006B2422">
        <w:rPr>
          <w:sz w:val="20"/>
          <w:lang w:val="fi-FI"/>
        </w:rPr>
        <w:t xml:space="preserve"> Kirjaamisessa noudatetaan ammatillista, objektiivista ja lasta kunnioittavaa kieltä. Kirjauksissa erotetaan selkeästi havaitut faktat ja työntekijän ammatillinen arviointi. Lapsesta ei tehdä loukkaavia tai subjektiivisia merkintöjä. </w:t>
      </w:r>
    </w:p>
    <w:p w14:paraId="64366F21" w14:textId="77777777" w:rsidR="006B2422" w:rsidRPr="006B2422" w:rsidRDefault="006B2422" w:rsidP="00A60C72">
      <w:pPr>
        <w:ind w:left="720"/>
        <w:rPr>
          <w:lang w:val="fi-FI"/>
        </w:rPr>
      </w:pPr>
      <w:r>
        <w:rPr>
          <w:sz w:val="20"/>
        </w:rPr>
        <w:t>Asiakastietojen rakenteinen kirjaaminen ja Kanta-palvelut: Asiakastiedot kirjataan käytössä olevan asiakastietojärjestelmän ja sovellettavien asiakirjarakenteiden mukaisesti. Kanta-</w:t>
      </w:r>
      <w:r>
        <w:rPr>
          <w:sz w:val="20"/>
        </w:rPr>
        <w:lastRenderedPageBreak/>
        <w:t>palvelujen käyttöä ja tietojen tallentumista sosiaalihuollon asiakastietovarantoon koskevat menettelyt kuvataan järjestelmän todellisen käyttöönoton, rekisterinpitäjän ohjeiden ja palveluntuottajan velvoitteiden mukaisesti. Tietojen siirtymistä hyvinvointialueelle ei oleteta automaattiseksi, vaan tiedonsiirron toteutuminen ja vastuut varmistetaan erikseen.</w:t>
      </w:r>
    </w:p>
    <w:p w14:paraId="17522114" w14:textId="77777777" w:rsidR="006B2422" w:rsidRPr="006B2422" w:rsidRDefault="006B2422" w:rsidP="006B2422">
      <w:pPr>
        <w:rPr>
          <w:b/>
          <w:bCs/>
          <w:lang w:val="fi-FI"/>
        </w:rPr>
      </w:pPr>
      <w:r w:rsidRPr="006B2422">
        <w:rPr>
          <w:b/>
          <w:bCs/>
          <w:sz w:val="20"/>
          <w:lang w:val="fi-FI"/>
        </w:rPr>
        <w:t>Tietoturva ja käyttöoikeudet</w:t>
      </w:r>
    </w:p>
    <w:p w14:paraId="44CBB8CF" w14:textId="77777777" w:rsidR="006B2422" w:rsidRPr="006B2422" w:rsidRDefault="006B2422" w:rsidP="00A60C72">
      <w:pPr>
        <w:ind w:left="720"/>
        <w:rPr>
          <w:lang w:val="fi-FI"/>
        </w:rPr>
      </w:pPr>
      <w:r w:rsidRPr="006B2422">
        <w:rPr>
          <w:b/>
          <w:bCs/>
          <w:sz w:val="20"/>
          <w:lang w:val="fi-FI"/>
        </w:rPr>
        <w:t>Henkilökohtaiset tunnukset:</w:t>
      </w:r>
      <w:r w:rsidRPr="006B2422">
        <w:rPr>
          <w:sz w:val="20"/>
          <w:lang w:val="fi-FI"/>
        </w:rPr>
        <w:t xml:space="preserve"> Asiakastietoja käsitellään ainoastaan perhekodin hyväksymässä, suojatussa sähköisessä </w:t>
      </w:r>
      <w:proofErr w:type="spellStart"/>
      <w:r w:rsidR="005E3752">
        <w:rPr>
          <w:sz w:val="20"/>
          <w:lang w:val="fi-FI"/>
        </w:rPr>
        <w:t>Myneva</w:t>
      </w:r>
      <w:proofErr w:type="spellEnd"/>
      <w:r w:rsidR="005E3752">
        <w:rPr>
          <w:sz w:val="20"/>
          <w:lang w:val="fi-FI"/>
        </w:rPr>
        <w:t xml:space="preserve"> Nappula-</w:t>
      </w:r>
      <w:r w:rsidRPr="006B2422">
        <w:rPr>
          <w:sz w:val="20"/>
          <w:lang w:val="fi-FI"/>
        </w:rPr>
        <w:t xml:space="preserve">asiakastietojärjestelmässä. Jokaisella työntekijällä on järjestelmään henkilökohtaiset käyttäjätunnukset ja salasanat. Tunnusten luovuttaminen toiselle henkilölle on ehdottomasti kielletty. </w:t>
      </w:r>
    </w:p>
    <w:p w14:paraId="567DAE0C" w14:textId="77777777" w:rsidR="006B2422" w:rsidRPr="006B2422" w:rsidRDefault="006B2422" w:rsidP="00A60C72">
      <w:pPr>
        <w:ind w:left="720"/>
        <w:rPr>
          <w:lang w:val="fi-FI"/>
        </w:rPr>
      </w:pPr>
      <w:r>
        <w:rPr>
          <w:sz w:val="20"/>
        </w:rPr>
        <w:t>Käyttöoikeuksien rajaus: Asiakastietojärjestelmän käyttöoikeudet myönnetään henkilökohtaisesti ja rajataan työtehtävien sekä asiakkaan hoidon ja palvelun järjestämisen kannalta välttämättömiin tietoihin. Käyttöoikeudet tarkistetaan tehtävien muuttuessa ja työsuhteen tai toimeksiannon päättyessä ne poistetaan viivytyksettä. Järjestelmän lokitietoja käsitellään ja valvotaan rekisterinpitäjän ohjeiden ja sovellettavan lainsäädännön mukaisesti.</w:t>
      </w:r>
    </w:p>
    <w:p w14:paraId="2E8ADBD3" w14:textId="77777777" w:rsidR="006B2422" w:rsidRPr="006B2422" w:rsidRDefault="006B2422" w:rsidP="00A60C72">
      <w:pPr>
        <w:ind w:left="720"/>
        <w:rPr>
          <w:lang w:val="fi-FI"/>
        </w:rPr>
      </w:pPr>
      <w:r w:rsidRPr="006B2422">
        <w:rPr>
          <w:b/>
          <w:bCs/>
          <w:sz w:val="20"/>
          <w:lang w:val="fi-FI"/>
        </w:rPr>
        <w:t>Paperiset asiakirjat:</w:t>
      </w:r>
      <w:r w:rsidRPr="006B2422">
        <w:rPr>
          <w:sz w:val="20"/>
          <w:lang w:val="fi-FI"/>
        </w:rPr>
        <w:t xml:space="preserve"> Mahdolliset paperiset asiakirjat (kuten muiden viranomaisten lausunnot, koulutodistukset tai neuvolakortit) säilytetään perhekodin toimistossa lukitussa kaapissa, johon ei ole pääsyä ulkopuolisilla tai lapsilla.</w:t>
      </w:r>
    </w:p>
    <w:p w14:paraId="202002D9" w14:textId="77777777" w:rsidR="006B2422" w:rsidRPr="006B2422" w:rsidRDefault="006B2422" w:rsidP="006B2422">
      <w:pPr>
        <w:rPr>
          <w:b/>
          <w:bCs/>
          <w:lang w:val="fi-FI"/>
        </w:rPr>
      </w:pPr>
      <w:r w:rsidRPr="006B2422">
        <w:rPr>
          <w:b/>
          <w:bCs/>
          <w:sz w:val="20"/>
          <w:lang w:val="fi-FI"/>
        </w:rPr>
        <w:t>Asiakkaan ja huoltajan oikeudet (Tietosuoja)</w:t>
      </w:r>
    </w:p>
    <w:p w14:paraId="071A0678" w14:textId="77777777" w:rsidR="006B2422" w:rsidRPr="006B2422" w:rsidRDefault="006B2422" w:rsidP="00A60C72">
      <w:pPr>
        <w:ind w:left="720"/>
        <w:rPr>
          <w:lang w:val="fi-FI"/>
        </w:rPr>
      </w:pPr>
      <w:r w:rsidRPr="006B2422">
        <w:rPr>
          <w:b/>
          <w:bCs/>
          <w:sz w:val="20"/>
          <w:lang w:val="fi-FI"/>
        </w:rPr>
        <w:t>Oikeus tarkistaa tiedot:</w:t>
      </w:r>
      <w:r w:rsidRPr="006B2422">
        <w:rPr>
          <w:sz w:val="20"/>
          <w:lang w:val="fi-FI"/>
        </w:rPr>
        <w:t xml:space="preserve"> Lapsella (ikä- ja kehitystasonsa mukaisesti) sekä hänen laillisilla huoltajillaan on lainmukainen oikeus saada tietää, mitä tietoja heistä on perhekodin rekisteriin kirjattu, sekä pyytää mahdollisten virheellisten tietojen korjaamista.</w:t>
      </w:r>
    </w:p>
    <w:p w14:paraId="0C76CF96" w14:textId="77777777" w:rsidR="006B2422" w:rsidRPr="006B2422" w:rsidRDefault="006B2422" w:rsidP="00A60C72">
      <w:pPr>
        <w:ind w:left="720"/>
        <w:rPr>
          <w:lang w:val="fi-FI"/>
        </w:rPr>
      </w:pPr>
      <w:r>
        <w:rPr>
          <w:sz w:val="20"/>
        </w:rPr>
        <w:t>Tietojen luovuttaminen: Asiakastietoja luovutetaan vain silloin, kun luovuttamiselle on sovellettavan lainsäädännön mukainen peruste ja luovutus tapahtuu rekisterinpitäjän ohjeiden sekä palvelua koskevien sopimusten mukaisesti. Ennen tietojen luovuttamista varmistetaan vastaanottajan henkilöllisyys, tiedonsaantioikeus ja luovutuksen tarpeellisuus. Pelkkä yhteistyösuhde tai huoltajan asema ei yksinään oikeuta kaikkien asiakastietojen luovuttamiseen.</w:t>
      </w:r>
    </w:p>
    <w:p w14:paraId="4506647D" w14:textId="77777777" w:rsidR="006B2422" w:rsidRPr="006B2422" w:rsidRDefault="006B2422" w:rsidP="006B2422">
      <w:pPr>
        <w:rPr>
          <w:b/>
          <w:bCs/>
          <w:lang w:val="fi-FI"/>
        </w:rPr>
      </w:pPr>
      <w:r w:rsidRPr="006B2422">
        <w:rPr>
          <w:b/>
          <w:bCs/>
          <w:sz w:val="20"/>
          <w:lang w:val="fi-FI"/>
        </w:rPr>
        <w:t>Toiminta tietoturvaloukkauksissa</w:t>
      </w:r>
    </w:p>
    <w:p w14:paraId="2149F5B1" w14:textId="77777777" w:rsidR="006B2422" w:rsidRPr="006B2422" w:rsidRDefault="006B2422" w:rsidP="00A60C72">
      <w:pPr>
        <w:ind w:left="720"/>
        <w:rPr>
          <w:lang w:val="fi-FI"/>
        </w:rPr>
      </w:pPr>
      <w:r w:rsidRPr="006B2422">
        <w:rPr>
          <w:sz w:val="20"/>
          <w:lang w:val="fi-FI"/>
        </w:rPr>
        <w:t>Jos perhekodissa havaitaan tai epäillään tietoturvaloukkausta (esimerkiksi tietojärjestelmän luvaton käyttö, laitteen katoaminen, jossa on asiakastietoja, tai tietojen päätyminen väärälle vastaanottajalle), asiasta ilmoitetaan välittömästi perhekodin vastuuhenkilölle.</w:t>
      </w:r>
    </w:p>
    <w:p w14:paraId="2D633875" w14:textId="77777777" w:rsidR="00A60C72" w:rsidRDefault="006B2422" w:rsidP="00A60C72">
      <w:pPr>
        <w:ind w:left="720"/>
        <w:rPr>
          <w:lang w:val="fi-FI"/>
        </w:rPr>
      </w:pPr>
      <w:r>
        <w:rPr>
          <w:sz w:val="20"/>
        </w:rPr>
        <w:t>Tietoturvaloukkauksesta ilmoitetaan viipymättä perhekodin vastuuhenkilölle ja kyseisen palvelun rekisterinpitäjälle sovitun menettelyn mukaisesti. Jos Nuorisolaiset Oy toimii henkilötietojen käsittelijänä, se ilmoittaa loukkauksesta rekisterinpitäjälle ilman aiheetonta viivytystä ja antaa tämän tarvitsemat tiedot. Rekisterinpitäjä arvioi ilmoitusvelvollisuuden valvontaviranomaiselle ja rekisteröidyille. Jos Nuorisolaiset Oy toimii kyseisessä käsittelyssä rekisterinpitäjänä, se vastaa sille kuuluvista ilmoituksista sovellettavan tietosuojalainsäädännön mukaisesti.</w:t>
      </w:r>
    </w:p>
    <w:p w14:paraId="527999F9" w14:textId="77777777" w:rsidR="006B2422" w:rsidRPr="006B2422" w:rsidRDefault="006B2422" w:rsidP="00A60C72">
      <w:pPr>
        <w:ind w:left="720"/>
        <w:rPr>
          <w:lang w:val="fi-FI"/>
        </w:rPr>
      </w:pPr>
      <w:r w:rsidRPr="006B2422">
        <w:rPr>
          <w:sz w:val="20"/>
          <w:lang w:val="fi-FI"/>
        </w:rPr>
        <w:t xml:space="preserve">Tapaus käsitellään sisäisesti, ja työtapoja muutetaan välittömästi riskien minimoimiseksi jatkossa. </w:t>
      </w:r>
    </w:p>
    <w:p w14:paraId="52D07234" w14:textId="77777777" w:rsidR="00ED09F4" w:rsidRDefault="00ED09F4" w:rsidP="00EE47E8">
      <w:pPr>
        <w:pStyle w:val="Otsikko2"/>
        <w:spacing w:after="240"/>
      </w:pPr>
      <w:r>
        <w:rPr>
          <w:rFonts w:ascii="Arial" w:hAnsi="Arial"/>
        </w:rPr>
        <w:lastRenderedPageBreak/>
        <w:t>5.4 Lääkinnällisten laitteiden turvallisuus</w:t>
      </w:r>
    </w:p>
    <w:p w14:paraId="21BA18FF" w14:textId="77777777" w:rsidR="00ED09F4" w:rsidRDefault="00ED09F4" w:rsidP="00ED09F4">
      <w:r>
        <w:rPr>
          <w:sz w:val="20"/>
        </w:rPr>
        <w:t>Perhekodissa käytössä olevat terveydenhuollon laitteet ovat verenpainemittari, korvakuumemittari, verensokerimittari ja pulssioksimetri. Laitteita käytetään valmistajan ohjeiden ja käyttötarkoituksen mukaisesti. Laitteiden kunto tarkistetaan ennen käyttöä ja määräaikaishuollot, kalibroinnit tai muut valmistajan edellyttämät tarkistukset toteutetaan laitteen ohjeiden mukaisesti.</w:t>
      </w:r>
    </w:p>
    <w:p w14:paraId="7B5DBBE2" w14:textId="77777777" w:rsidR="00ED09F4" w:rsidRDefault="00ED09F4" w:rsidP="00ED09F4">
      <w:r>
        <w:rPr>
          <w:sz w:val="20"/>
        </w:rPr>
        <w:t>Jarno Ikonen vastaa laitteiden käytännön kunnossapidon seurannasta. Laitteiden huolto-, tarkistus- ja mahdolliset kalibrointitiedot dokumentoidaan. Laitetta ei käytetä, jos sen turvallisuudesta tai toimintakunnosta on epäily. Viallinen laite poistetaan käytöstä ja korjataan tai vaihdetaan.</w:t>
      </w:r>
    </w:p>
    <w:p w14:paraId="55FDD7B8" w14:textId="77777777" w:rsidR="00ED09F4" w:rsidRDefault="00ED09F4" w:rsidP="00ED09F4">
      <w:r>
        <w:rPr>
          <w:sz w:val="20"/>
        </w:rPr>
        <w:t>Laitteeseen liittyvästä vaaratilanteesta ilmoitetaan viipymättä perhekodin vastuuhenkilölle. Tilanne dokumentoidaan ja tarvittavat ilmoitukset tehdään Fimealle ja muille tahoille sovellettavien ilmoitusvelvollisuuksien mukaisesti. Laitteiden käyttäjien osaaminen varmistetaan perehdytyksellä ja tarvittaessa lisäopastuksella.</w:t>
      </w:r>
    </w:p>
    <w:p w14:paraId="0649892F" w14:textId="77777777" w:rsidR="00ED09F4" w:rsidRDefault="00ED09F4" w:rsidP="00EE47E8">
      <w:pPr>
        <w:pStyle w:val="Otsikko2"/>
        <w:spacing w:after="240"/>
      </w:pPr>
      <w:r>
        <w:rPr>
          <w:rFonts w:ascii="Arial" w:hAnsi="Arial"/>
        </w:rPr>
        <w:t>5.5 Riskienhallinta ja keskeiset asiakas- ja turvallisuusriskit</w:t>
      </w:r>
    </w:p>
    <w:p w14:paraId="4E2093A9" w14:textId="77777777" w:rsidR="00ED09F4" w:rsidRDefault="00ED09F4" w:rsidP="00ED09F4">
      <w:r>
        <w:rPr>
          <w:sz w:val="20"/>
        </w:rPr>
        <w:t>Riskienhallinnan tavoitteena on tunnistaa palveluyksikön toimintaan, lasten turvallisuuteen, henkilöstöön, toimitiloihin, tietosuojaan ja palvelun jatkuvuuteen liittyvät vaarat ennakolta. Riskienhallinnasta vastaa perhekodin johtaja Katja Ikonen yhdessä Jarno Ikosen kanssa. Molemmat perhekotivanhemmat osallistuvat riskien tunnistamiseen, arviointiin, ehkäisyyn ja seurantaan.</w:t>
      </w:r>
    </w:p>
    <w:p w14:paraId="52CD8E17" w14:textId="77777777" w:rsidR="00ED09F4" w:rsidRDefault="00ED09F4" w:rsidP="00ED09F4">
      <w:r>
        <w:rPr>
          <w:sz w:val="20"/>
        </w:rPr>
        <w:t>Riskejä arvioidaan toiminnan alkaessa, olosuhteiden tai asiakasrakenteen muuttuessa, vaaratapahtuman jälkeen sekä säännöllisesti vähintään kerran vuodessa. Arvioinnissa huomioidaan muun muassa lasten yksilölliset riskit ja tuen tarpeet, henkilöstön riittävyys, lääkehoito, tapaturmat, väkivalta- ja uhkatilanteet, lapsen katoaminen tai luvaton poistuminen, päihteet, kiusaaminen, tulipalot, toimitilojen puutteet, tietoturva sekä sähkö-, vesi- ja tietoliikennekatkot.</w:t>
      </w:r>
    </w:p>
    <w:p w14:paraId="32D0DE13" w14:textId="77777777" w:rsidR="00ED09F4" w:rsidRDefault="00ED09F4" w:rsidP="00ED09F4">
      <w:r>
        <w:rPr>
          <w:sz w:val="20"/>
        </w:rPr>
        <w:t>Tunnistetuille riskeille määritellään ehkäisevät ja hallitsevat toimenpiteet, vastuuhenkilö ja seuranta. Riskien arvioinnin tulokset ja sovitut toimenpiteet kirjataan riskienarviointiin tai omavalvonnan seurantaan. Riskienhallintaa käsitellään myös perhekotivanhempien yhteisissä arviointikeskusteluissa.</w:t>
      </w:r>
    </w:p>
    <w:p w14:paraId="11E450F4" w14:textId="77777777" w:rsidR="00ED09F4" w:rsidRDefault="00ED09F4" w:rsidP="00EE47E8">
      <w:pPr>
        <w:pStyle w:val="Otsikko2"/>
        <w:spacing w:after="240"/>
      </w:pPr>
      <w:r>
        <w:rPr>
          <w:rFonts w:ascii="Arial" w:hAnsi="Arial"/>
        </w:rPr>
        <w:t>5.6 Epäkohtien, vaaratapahtumien ja läheltä piti -tilanteiden ilmoittaminen ja käsittely</w:t>
      </w:r>
    </w:p>
    <w:p w14:paraId="7F025024" w14:textId="77777777" w:rsidR="00ED09F4" w:rsidRDefault="00ED09F4" w:rsidP="00ED09F4">
      <w:r>
        <w:rPr>
          <w:sz w:val="20"/>
        </w:rPr>
        <w:t>Perhekotivanhemmat ja mahdolliset sijaiset ilmoittavat viipymättä havaitsemistaan epäkohdista, ilmeisistä epäkohdan uhista, vaaratapahtumista ja läheltä piti -tilanteista perhekodin johtajalle. Ilmoituksen voi tehdä suullisesti kiireellisessä tilanteessa ja sen jälkeen kirjallisesti. Kiireellisessä tilanteessa ensisijainen tehtävä on turvata lapsen ja muiden henkilöiden terveys ja turvallisuus sekä hankkia tarvittava viranomais- tai terveydenhuollon apu.</w:t>
      </w:r>
    </w:p>
    <w:p w14:paraId="16C97B6D" w14:textId="77777777" w:rsidR="00ED09F4" w:rsidRDefault="00ED09F4" w:rsidP="00ED09F4">
      <w:r>
        <w:rPr>
          <w:sz w:val="20"/>
        </w:rPr>
        <w:t>Tapahtuma kirjataan erilliseen poikkeama- tai vaaratapahtumaseurantaan. Kirjauksessa kuvataan tapahtuman kulku, välittömät toimenpiteet, vaikutukset, ilmoitukset ja jatkotoimet. Tapahtuma käsitellään perhekotivanhempien kesken ja tarvittaessa yhdessä palvelun järjestäjän tai muun asiantuntijan kanssa. Käsittelyssä selvitetään tapahtumaan vaikuttaneet olosuhteet ja päätetään korjaavista ja ehkäisevistä toimenpiteistä.</w:t>
      </w:r>
    </w:p>
    <w:p w14:paraId="4A90D24C" w14:textId="77777777" w:rsidR="00ED09F4" w:rsidRDefault="00ED09F4" w:rsidP="00ED09F4">
      <w:r>
        <w:rPr>
          <w:sz w:val="20"/>
        </w:rPr>
        <w:t xml:space="preserve">Sosiaalihuollon henkilöstön ilmoitusvelvollisuus ja -oikeus toteutetaan valvontalain 29 §:n mukaisesti. Henkilöstölle kerrotaan ilmoitusmenettelystä perehdytyksessä. Ilmoituksen tehneeseen henkilöön ei saa </w:t>
      </w:r>
      <w:r>
        <w:rPr>
          <w:sz w:val="20"/>
        </w:rPr>
        <w:lastRenderedPageBreak/>
        <w:t>kohdistaa kielteisiä vastatoimia ilmoituksen tekemisen vuoksi. Jos epäkohtaa ei saada korjatuksi, asiasta ilmoitetaan palvelun järjestäjälle ja tarvittaessa valvontaviranomaiselle lain edellyttämällä tavalla.</w:t>
      </w:r>
    </w:p>
    <w:p w14:paraId="30E09550" w14:textId="77777777" w:rsidR="00ED09F4" w:rsidRDefault="00ED09F4" w:rsidP="002C702D">
      <w:pPr>
        <w:spacing w:after="0"/>
        <w:rPr>
          <w:sz w:val="20"/>
        </w:rPr>
      </w:pPr>
      <w:r>
        <w:rPr>
          <w:sz w:val="20"/>
        </w:rPr>
        <w:t>Tapahtumista saatua tietoa käytetään toiminnan kehittämiseen. Korjaavien toimenpiteiden toteutumista seurataan ja niiden vaikuttavuus arvioidaan. Julkisessa seurantaraportissa ei julkaista asiakkaiden tai muiden henkilöiden tunnistetietoja.</w:t>
      </w:r>
    </w:p>
    <w:p w14:paraId="6E35AF4E" w14:textId="77777777" w:rsidR="002C702D" w:rsidRDefault="002C702D" w:rsidP="002C702D">
      <w:pPr>
        <w:spacing w:after="0"/>
      </w:pPr>
    </w:p>
    <w:p w14:paraId="32CCE086" w14:textId="77777777" w:rsidR="00ED09F4" w:rsidRDefault="00ED09F4" w:rsidP="00EE47E8">
      <w:pPr>
        <w:pStyle w:val="Otsikko2"/>
        <w:spacing w:after="240"/>
      </w:pPr>
      <w:r>
        <w:rPr>
          <w:rFonts w:ascii="Arial" w:hAnsi="Arial"/>
        </w:rPr>
        <w:t>5.7 Valmius- ja jatkuvuudenhallinta</w:t>
      </w:r>
    </w:p>
    <w:p w14:paraId="78CE52F0" w14:textId="77777777" w:rsidR="00ED09F4" w:rsidRDefault="00ED09F4" w:rsidP="00ED09F4">
      <w:r>
        <w:rPr>
          <w:sz w:val="20"/>
        </w:rPr>
        <w:t>Perhekoti varautuu häiriötilanteisiin, jotka voivat vaarantaa lasten turvallisuuden tai palvelun jatkuvuuden. Varautumisessa hyödynnetään pelastussuunnitelmaa, lääkehoitosuunnitelmaa, riskienarviointia sekä palvelun järjestäjän ja viranomaisten ohjeita.</w:t>
      </w:r>
    </w:p>
    <w:p w14:paraId="1E50AE5C" w14:textId="77777777" w:rsidR="00ED09F4" w:rsidRDefault="00ED09F4" w:rsidP="00ED09F4">
      <w:r>
        <w:rPr>
          <w:sz w:val="20"/>
        </w:rPr>
        <w:t>Häiriötilanteita voivat olla esimerkiksi tulipalo, vesivahinko, pitkä sähkö- tai vesikatko, tietoliikenne- tai asiakastietojärjestelmän häiriö, vakava sairastuminen, henkilöstön äkillinen poissaolo tai tilanne, jossa perhekodin tiloja ei voida käyttää. Tällöin ensisijaisia toimia ovat lasten turvallisuuden varmistaminen, hätäavun hälyttäminen tarvittaessa, yhteydenotto palvelun järjestäjään ja sovittujen varajärjestelyjen käynnistäminen.</w:t>
      </w:r>
    </w:p>
    <w:p w14:paraId="183DCBED" w14:textId="77777777" w:rsidR="00ED09F4" w:rsidRDefault="00ED09F4" w:rsidP="00ED09F4">
      <w:r>
        <w:rPr>
          <w:sz w:val="20"/>
        </w:rPr>
        <w:t>Häiriötilanteessa huolehditaan mahdollisuuksien mukaan lasten välttämättömästä huolenpidosta, lääkityksestä, ruokailusta, yhteydenpidosta läheisiin ja turvallisesta majoituksesta. Asiakastietojärjestelmän käyttökatkon aikana toimitaan rekisterinpitäjän ja järjestelmätoimittajan ohjeiden mukaisesti ja mahdolliset väliaikaiset kirjaukset siirretään järjestelmään turvallisesti käyttökatkon päätyttyä.</w:t>
      </w:r>
    </w:p>
    <w:p w14:paraId="3C6D538D" w14:textId="492B2CED" w:rsidR="002C702D" w:rsidRDefault="00ED09F4" w:rsidP="002C702D">
      <w:pPr>
        <w:spacing w:after="0"/>
        <w:rPr>
          <w:sz w:val="20"/>
        </w:rPr>
      </w:pPr>
      <w:r>
        <w:rPr>
          <w:sz w:val="20"/>
        </w:rPr>
        <w:t>Valmius- ja jatkuvuusjärjestelyt käydään läpi vähintään vuosittain sekä aina merkittävän häiriötilanteen tai toiminnan muutoksen jälkeen. Vastuuhenkilö: Katja Ikonen. Varajärjestelyjen ja sijoittavan hyvinvointialueen yhteyshenkilöiden ajantasaisuus tarkistetaan säännöllisesti.</w:t>
      </w:r>
    </w:p>
    <w:p w14:paraId="0AA10206" w14:textId="77777777" w:rsidR="002C702D" w:rsidRPr="002C702D" w:rsidRDefault="002C702D" w:rsidP="00ED09F4">
      <w:pPr>
        <w:rPr>
          <w:sz w:val="20"/>
        </w:rPr>
      </w:pPr>
    </w:p>
    <w:p w14:paraId="42D1F8F1" w14:textId="77777777" w:rsidR="00ED09F4" w:rsidRDefault="00ED09F4" w:rsidP="00EE47E8">
      <w:pPr>
        <w:pStyle w:val="Otsikko2"/>
        <w:spacing w:after="240"/>
      </w:pPr>
      <w:r>
        <w:rPr>
          <w:rFonts w:ascii="Arial" w:hAnsi="Arial"/>
        </w:rPr>
        <w:t>5.8 Ostopalvelut ja alihankinta</w:t>
      </w:r>
    </w:p>
    <w:p w14:paraId="0C480DD2" w14:textId="77777777" w:rsidR="00ED09F4" w:rsidRDefault="00ED09F4" w:rsidP="00ED09F4">
      <w:r>
        <w:rPr>
          <w:sz w:val="20"/>
        </w:rPr>
        <w:t>Jos palvelun toteuttamisessa käytetään ostopalveluja tai alihankkijoita, Nuorisolaiset Oy varmistaa ennen yhteistyön aloittamista palveluntuottajan soveltuvuuden, tarvittavan rekisteröinnin tai luvan, henkilöstön osaamisen, tietosuojan ja turvalliset toimintatavat. Yhteistyöstä sovitaan kirjallisesti ja sopimuksessa määritellään vastuut, tietojen käsittely, ilmoitusmenettelyt ja palvelun laadun seuranta.</w:t>
      </w:r>
    </w:p>
    <w:p w14:paraId="4346E3B7" w14:textId="77777777" w:rsidR="00ED09F4" w:rsidRDefault="00ED09F4" w:rsidP="00ED09F4">
      <w:r>
        <w:rPr>
          <w:sz w:val="20"/>
        </w:rPr>
        <w:t>Ostopalvelujen ja alihankinnan laatua ja turvallisuutta seurataan osana omavalvontaa. Jos yksikössä ei käytetä ostopalveluja tai alihankintaa, tämä todetaan seurannassa ja tilanne arvioidaan uudelleen toiminnan muuttuessa.</w:t>
      </w:r>
    </w:p>
    <w:p w14:paraId="1E14CB83" w14:textId="77777777" w:rsidR="006B2422" w:rsidRPr="00600150" w:rsidRDefault="006B2422">
      <w:pPr>
        <w:rPr>
          <w:lang w:val="fi-FI"/>
        </w:rPr>
      </w:pPr>
    </w:p>
    <w:p w14:paraId="03E9A72A" w14:textId="77777777" w:rsidR="002C702D" w:rsidRDefault="002C702D">
      <w:pPr>
        <w:rPr>
          <w:rFonts w:eastAsiaTheme="majorEastAsia" w:cstheme="majorBidi"/>
          <w:b/>
          <w:bCs/>
          <w:color w:val="365F91" w:themeColor="accent1" w:themeShade="BF"/>
          <w:sz w:val="32"/>
          <w:szCs w:val="28"/>
          <w:lang w:val="fi-FI"/>
        </w:rPr>
      </w:pPr>
      <w:r>
        <w:rPr>
          <w:sz w:val="32"/>
          <w:lang w:val="fi-FI"/>
        </w:rPr>
        <w:br w:type="page"/>
      </w:r>
    </w:p>
    <w:p w14:paraId="1ED02334" w14:textId="635D0DDC" w:rsidR="001D4935" w:rsidRPr="00600150" w:rsidRDefault="001840E9">
      <w:pPr>
        <w:pStyle w:val="Otsikko1"/>
        <w:spacing w:before="240" w:after="120"/>
        <w:rPr>
          <w:lang w:val="fi-FI"/>
        </w:rPr>
      </w:pPr>
      <w:r w:rsidRPr="00600150">
        <w:rPr>
          <w:rFonts w:ascii="Arial" w:hAnsi="Arial"/>
          <w:sz w:val="32"/>
          <w:lang w:val="fi-FI"/>
        </w:rPr>
        <w:lastRenderedPageBreak/>
        <w:t>6. Omavalvonnan seuranta, poikkeamat ja kehittäminen</w:t>
      </w:r>
    </w:p>
    <w:p w14:paraId="31E347BA" w14:textId="77777777" w:rsidR="001D4935" w:rsidRPr="00600150" w:rsidRDefault="001840E9" w:rsidP="00232783">
      <w:pPr>
        <w:pStyle w:val="Otsikko2"/>
        <w:spacing w:after="240"/>
        <w:rPr>
          <w:lang w:val="fi-FI"/>
        </w:rPr>
      </w:pPr>
      <w:r w:rsidRPr="00600150">
        <w:rPr>
          <w:rFonts w:ascii="Arial" w:hAnsi="Arial"/>
          <w:lang w:val="fi-FI"/>
        </w:rPr>
        <w:t>6.1 Havaitut epäkohdat ja poikkeamaraportointi</w:t>
      </w:r>
    </w:p>
    <w:p w14:paraId="77436922" w14:textId="77777777" w:rsidR="00CF48B3" w:rsidRPr="00600150" w:rsidRDefault="00CF48B3" w:rsidP="00CF48B3">
      <w:pPr>
        <w:spacing w:after="0"/>
        <w:rPr>
          <w:b/>
          <w:bCs/>
          <w:lang w:val="fi-FI"/>
        </w:rPr>
      </w:pPr>
      <w:r w:rsidRPr="00600150">
        <w:rPr>
          <w:b/>
          <w:bCs/>
          <w:sz w:val="20"/>
          <w:lang w:val="fi-FI"/>
        </w:rPr>
        <w:t>Epäkohtiin puuttuminen</w:t>
      </w:r>
    </w:p>
    <w:p w14:paraId="702530E3" w14:textId="77777777" w:rsidR="00CF48B3" w:rsidRPr="00600150" w:rsidRDefault="00CF48B3" w:rsidP="00CF48B3">
      <w:pPr>
        <w:rPr>
          <w:lang w:val="fi-FI"/>
        </w:rPr>
      </w:pPr>
      <w:r w:rsidRPr="00600150">
        <w:rPr>
          <w:sz w:val="20"/>
          <w:lang w:val="fi-FI"/>
        </w:rPr>
        <w:t>Perhekoti Nuorisolaisissa varmistetaan, että jokainen lapsi saa osakseen kunnioitusta, turvallisuutta ja mahdollisuuden vaikuttaa omaan elämäänsä.</w:t>
      </w:r>
    </w:p>
    <w:p w14:paraId="47FF8FA9" w14:textId="4AE84057" w:rsidR="00C47F3F" w:rsidRPr="00600150" w:rsidRDefault="00CF48B3" w:rsidP="00CF48B3">
      <w:pPr>
        <w:rPr>
          <w:lang w:val="fi-FI"/>
        </w:rPr>
      </w:pPr>
      <w:r w:rsidRPr="00600150">
        <w:rPr>
          <w:sz w:val="20"/>
          <w:lang w:val="fi-FI"/>
        </w:rPr>
        <w:t>Kaikki perhekodin työntekijät ovat velvollisia ilmoittamaan mahdollisista epäkohdista. Mahdollisiin ongelmatilanteisiin puututaan välittömästi ja tarvittavat korjaavat toimenpiteet tehdään viivyttelemättä.</w:t>
      </w:r>
    </w:p>
    <w:p w14:paraId="323720C2" w14:textId="6AE8BCA5" w:rsidR="00247EB2" w:rsidRDefault="00000000">
      <w:r>
        <w:rPr>
          <w:sz w:val="20"/>
        </w:rPr>
        <w:t xml:space="preserve">Yhteystiedot tarkistetaan ennen asiakirjan julkaisemista kunkin hyvinvointialueen tai Helsingin kaupungin virallisilta verkkosivuilta. Lapselle ja hänen läheisilleen annetaan aina kyseisen lapsen sijoittavalle järjestäjälle kuuluvat ajantasaiset yhteystiedot. </w:t>
      </w:r>
    </w:p>
    <w:p w14:paraId="07F08E91" w14:textId="77777777" w:rsidR="00CF48B3" w:rsidRPr="002C702D" w:rsidRDefault="00232783" w:rsidP="00CF48B3">
      <w:pPr>
        <w:rPr>
          <w:b/>
          <w:bCs/>
          <w:lang w:val="fi-FI"/>
        </w:rPr>
      </w:pPr>
      <w:r w:rsidRPr="002C702D">
        <w:rPr>
          <w:b/>
          <w:bCs/>
          <w:sz w:val="20"/>
        </w:rPr>
        <w:t>SOSIAALI- JA POTILASASIAVASTAAVIEN YHTEYSTIEDOT</w:t>
      </w:r>
    </w:p>
    <w:p w14:paraId="329A0D38" w14:textId="77777777" w:rsidR="00CF48B3" w:rsidRPr="00CF48B3" w:rsidRDefault="00CF48B3" w:rsidP="002C702D">
      <w:pPr>
        <w:spacing w:after="0"/>
        <w:rPr>
          <w:b/>
          <w:bCs/>
          <w:lang w:val="fi-FI"/>
        </w:rPr>
      </w:pPr>
      <w:r w:rsidRPr="00CF48B3">
        <w:rPr>
          <w:rFonts w:ascii="Segoe UI Emoji" w:hAnsi="Segoe UI Emoji" w:cs="Segoe UI Emoji"/>
          <w:b/>
          <w:bCs/>
          <w:sz w:val="20"/>
          <w:lang w:val="fi-FI"/>
        </w:rPr>
        <w:t>📍</w:t>
      </w:r>
      <w:r w:rsidRPr="00CF48B3">
        <w:rPr>
          <w:b/>
          <w:bCs/>
          <w:sz w:val="20"/>
          <w:lang w:val="fi-FI"/>
        </w:rPr>
        <w:t xml:space="preserve"> Länsi-Uudenmaan hyvinvointialue</w:t>
      </w:r>
    </w:p>
    <w:p w14:paraId="5AF9EE31" w14:textId="349B920E" w:rsidR="00CF48B3" w:rsidRPr="002C702D" w:rsidRDefault="00CF48B3" w:rsidP="002C702D">
      <w:pPr>
        <w:pStyle w:val="Luettelokappale"/>
        <w:numPr>
          <w:ilvl w:val="0"/>
          <w:numId w:val="41"/>
        </w:numPr>
        <w:rPr>
          <w:lang w:val="fi-FI"/>
        </w:rPr>
      </w:pPr>
      <w:r w:rsidRPr="002C702D">
        <w:rPr>
          <w:b/>
          <w:bCs/>
          <w:sz w:val="20"/>
          <w:lang w:val="fi-FI"/>
        </w:rPr>
        <w:t>Sosiaali- ja potilasasiavastaavat:</w:t>
      </w:r>
      <w:r w:rsidRPr="002C702D">
        <w:rPr>
          <w:sz w:val="20"/>
          <w:lang w:val="fi-FI"/>
        </w:rPr>
        <w:t xml:space="preserve"> Jenni Henttonen (vastaava), Terhi Willberg ja Anne</w:t>
      </w:r>
      <w:r w:rsidR="002C702D">
        <w:rPr>
          <w:sz w:val="20"/>
          <w:lang w:val="fi-FI"/>
        </w:rPr>
        <w:t xml:space="preserve"> </w:t>
      </w:r>
      <w:proofErr w:type="spellStart"/>
      <w:r w:rsidRPr="002C702D">
        <w:rPr>
          <w:sz w:val="20"/>
          <w:lang w:val="fi-FI"/>
        </w:rPr>
        <w:t>Hilander</w:t>
      </w:r>
      <w:proofErr w:type="spellEnd"/>
      <w:r w:rsidRPr="002C702D">
        <w:rPr>
          <w:sz w:val="20"/>
          <w:lang w:val="fi-FI"/>
        </w:rPr>
        <w:t>.</w:t>
      </w:r>
    </w:p>
    <w:p w14:paraId="4133A744" w14:textId="77777777" w:rsidR="00CF48B3" w:rsidRPr="002C702D" w:rsidRDefault="00CF48B3" w:rsidP="002C702D">
      <w:pPr>
        <w:pStyle w:val="Luettelokappale"/>
        <w:numPr>
          <w:ilvl w:val="0"/>
          <w:numId w:val="41"/>
        </w:numPr>
        <w:rPr>
          <w:lang w:val="fi-FI"/>
        </w:rPr>
      </w:pPr>
      <w:r w:rsidRPr="002C702D">
        <w:rPr>
          <w:b/>
          <w:bCs/>
          <w:sz w:val="20"/>
          <w:lang w:val="fi-FI"/>
        </w:rPr>
        <w:t>Puhelin:</w:t>
      </w:r>
      <w:r w:rsidRPr="002C702D">
        <w:rPr>
          <w:sz w:val="20"/>
          <w:lang w:val="fi-FI"/>
        </w:rPr>
        <w:t xml:space="preserve"> 029 151 5838</w:t>
      </w:r>
    </w:p>
    <w:p w14:paraId="75A4B0E5" w14:textId="77777777" w:rsidR="00CF48B3" w:rsidRPr="002C702D" w:rsidRDefault="00CF48B3" w:rsidP="002C702D">
      <w:pPr>
        <w:pStyle w:val="Luettelokappale"/>
        <w:numPr>
          <w:ilvl w:val="0"/>
          <w:numId w:val="41"/>
        </w:numPr>
        <w:rPr>
          <w:lang w:val="fi-FI"/>
        </w:rPr>
      </w:pPr>
      <w:r w:rsidRPr="002C702D">
        <w:rPr>
          <w:b/>
          <w:bCs/>
          <w:sz w:val="20"/>
          <w:lang w:val="fi-FI"/>
        </w:rPr>
        <w:t>Puhelinaika:</w:t>
      </w:r>
      <w:r w:rsidRPr="002C702D">
        <w:rPr>
          <w:sz w:val="20"/>
          <w:lang w:val="fi-FI"/>
        </w:rPr>
        <w:t xml:space="preserve"> Ma 10–12, ti–to klo 9–11 (ei perjantaisin tai pyhien aattoina).</w:t>
      </w:r>
    </w:p>
    <w:p w14:paraId="4A232F30" w14:textId="77777777" w:rsidR="00CF48B3" w:rsidRPr="002C702D" w:rsidRDefault="00CF48B3" w:rsidP="002C702D">
      <w:pPr>
        <w:pStyle w:val="Luettelokappale"/>
        <w:numPr>
          <w:ilvl w:val="0"/>
          <w:numId w:val="41"/>
        </w:numPr>
        <w:rPr>
          <w:lang w:val="fi-FI"/>
        </w:rPr>
      </w:pPr>
      <w:r w:rsidRPr="002C702D">
        <w:rPr>
          <w:b/>
          <w:bCs/>
          <w:sz w:val="20"/>
          <w:lang w:val="fi-FI"/>
        </w:rPr>
        <w:t>Sähköposti:</w:t>
      </w:r>
      <w:r w:rsidRPr="002C702D">
        <w:rPr>
          <w:sz w:val="20"/>
          <w:lang w:val="fi-FI"/>
        </w:rPr>
        <w:t xml:space="preserve"> </w:t>
      </w:r>
      <w:hyperlink r:id="rId12" w:tgtFrame="_blank" w:history="1">
        <w:r w:rsidRPr="002C702D">
          <w:rPr>
            <w:rStyle w:val="Hyperlinkki"/>
            <w:lang w:val="fi-FI"/>
          </w:rPr>
          <w:t>sosiaali.potilasasiavastaava@luvn.fi</w:t>
        </w:r>
      </w:hyperlink>
      <w:r w:rsidRPr="002C702D">
        <w:rPr>
          <w:sz w:val="20"/>
          <w:lang w:val="fi-FI"/>
        </w:rPr>
        <w:t xml:space="preserve"> (korvaa </w:t>
      </w:r>
      <w:proofErr w:type="gramStart"/>
      <w:r w:rsidRPr="002C702D">
        <w:rPr>
          <w:sz w:val="20"/>
          <w:lang w:val="fi-FI"/>
        </w:rPr>
        <w:t>vanhan .asiamies</w:t>
      </w:r>
      <w:proofErr w:type="gramEnd"/>
      <w:r w:rsidRPr="002C702D">
        <w:rPr>
          <w:sz w:val="20"/>
          <w:lang w:val="fi-FI"/>
        </w:rPr>
        <w:t>-päätteen).</w:t>
      </w:r>
    </w:p>
    <w:p w14:paraId="42D610CA" w14:textId="77777777" w:rsidR="00CF48B3" w:rsidRPr="002C702D" w:rsidRDefault="00CF48B3" w:rsidP="002C702D">
      <w:pPr>
        <w:pStyle w:val="Luettelokappale"/>
        <w:numPr>
          <w:ilvl w:val="0"/>
          <w:numId w:val="41"/>
        </w:numPr>
        <w:rPr>
          <w:lang w:val="fi-FI"/>
        </w:rPr>
      </w:pPr>
      <w:r w:rsidRPr="002C702D">
        <w:rPr>
          <w:b/>
          <w:bCs/>
          <w:sz w:val="20"/>
          <w:lang w:val="fi-FI"/>
        </w:rPr>
        <w:t>Postiosoite:</w:t>
      </w:r>
      <w:r w:rsidRPr="002C702D">
        <w:rPr>
          <w:sz w:val="20"/>
          <w:lang w:val="fi-FI"/>
        </w:rPr>
        <w:t xml:space="preserve"> PL 33, 02033 Länsi-Uudenmaan hyvinvointialue. [</w:t>
      </w:r>
      <w:hyperlink r:id="rId13" w:history="1">
        <w:r w:rsidRPr="002C702D">
          <w:rPr>
            <w:rStyle w:val="Hyperlinkki"/>
            <w:lang w:val="fi-FI"/>
          </w:rPr>
          <w:t>1</w:t>
        </w:r>
      </w:hyperlink>
      <w:r w:rsidRPr="002C702D">
        <w:rPr>
          <w:sz w:val="20"/>
          <w:lang w:val="fi-FI"/>
        </w:rPr>
        <w:t xml:space="preserve">, </w:t>
      </w:r>
      <w:hyperlink r:id="rId14" w:history="1">
        <w:r w:rsidRPr="002C702D">
          <w:rPr>
            <w:rStyle w:val="Hyperlinkki"/>
            <w:lang w:val="fi-FI"/>
          </w:rPr>
          <w:t>2</w:t>
        </w:r>
      </w:hyperlink>
      <w:r w:rsidRPr="002C702D">
        <w:rPr>
          <w:sz w:val="20"/>
          <w:lang w:val="fi-FI"/>
        </w:rPr>
        <w:t>]</w:t>
      </w:r>
    </w:p>
    <w:p w14:paraId="294EF2BF" w14:textId="77777777" w:rsidR="00CF48B3" w:rsidRPr="00CF48B3" w:rsidRDefault="00CF48B3" w:rsidP="002C702D">
      <w:pPr>
        <w:spacing w:after="0"/>
        <w:rPr>
          <w:b/>
          <w:bCs/>
          <w:lang w:val="fi-FI"/>
        </w:rPr>
      </w:pPr>
      <w:r w:rsidRPr="00CF48B3">
        <w:rPr>
          <w:rFonts w:ascii="Segoe UI Emoji" w:hAnsi="Segoe UI Emoji" w:cs="Segoe UI Emoji"/>
          <w:b/>
          <w:bCs/>
          <w:sz w:val="20"/>
          <w:lang w:val="fi-FI"/>
        </w:rPr>
        <w:t>📍</w:t>
      </w:r>
      <w:r w:rsidRPr="00CF48B3">
        <w:rPr>
          <w:b/>
          <w:bCs/>
          <w:sz w:val="20"/>
          <w:lang w:val="fi-FI"/>
        </w:rPr>
        <w:t xml:space="preserve"> Itä-Uudenmaan hyvinvointialue</w:t>
      </w:r>
    </w:p>
    <w:p w14:paraId="54C3494D" w14:textId="77777777" w:rsidR="00CF48B3" w:rsidRPr="002C702D" w:rsidRDefault="00CF48B3" w:rsidP="002C702D">
      <w:pPr>
        <w:pStyle w:val="Luettelokappale"/>
        <w:numPr>
          <w:ilvl w:val="0"/>
          <w:numId w:val="42"/>
        </w:numPr>
        <w:rPr>
          <w:lang w:val="fi-FI"/>
        </w:rPr>
      </w:pPr>
      <w:r w:rsidRPr="002C702D">
        <w:rPr>
          <w:b/>
          <w:bCs/>
          <w:sz w:val="20"/>
          <w:lang w:val="fi-FI"/>
        </w:rPr>
        <w:t>Sosiaali- ja potilasasiavastaava:</w:t>
      </w:r>
      <w:r w:rsidRPr="002C702D">
        <w:rPr>
          <w:sz w:val="20"/>
          <w:lang w:val="fi-FI"/>
        </w:rPr>
        <w:t xml:space="preserve"> Anette Karlsson.</w:t>
      </w:r>
    </w:p>
    <w:p w14:paraId="62DFE67D" w14:textId="77777777" w:rsidR="00CF48B3" w:rsidRPr="002C702D" w:rsidRDefault="00CF48B3" w:rsidP="002C702D">
      <w:pPr>
        <w:pStyle w:val="Luettelokappale"/>
        <w:numPr>
          <w:ilvl w:val="0"/>
          <w:numId w:val="42"/>
        </w:numPr>
        <w:rPr>
          <w:lang w:val="fi-FI"/>
        </w:rPr>
      </w:pPr>
      <w:r w:rsidRPr="002C702D">
        <w:rPr>
          <w:b/>
          <w:bCs/>
          <w:sz w:val="20"/>
          <w:lang w:val="fi-FI"/>
        </w:rPr>
        <w:t>Puhelin:</w:t>
      </w:r>
      <w:r w:rsidRPr="002C702D">
        <w:rPr>
          <w:sz w:val="20"/>
          <w:lang w:val="fi-FI"/>
        </w:rPr>
        <w:t xml:space="preserve"> 040 514 2535</w:t>
      </w:r>
    </w:p>
    <w:p w14:paraId="429A293E" w14:textId="77777777" w:rsidR="00CF48B3" w:rsidRPr="002C702D" w:rsidRDefault="00CF48B3" w:rsidP="002C702D">
      <w:pPr>
        <w:pStyle w:val="Luettelokappale"/>
        <w:numPr>
          <w:ilvl w:val="0"/>
          <w:numId w:val="42"/>
        </w:numPr>
        <w:rPr>
          <w:lang w:val="fi-FI"/>
        </w:rPr>
      </w:pPr>
      <w:r w:rsidRPr="002C702D">
        <w:rPr>
          <w:b/>
          <w:bCs/>
          <w:sz w:val="20"/>
          <w:lang w:val="fi-FI"/>
        </w:rPr>
        <w:t>Puhelinaika:</w:t>
      </w:r>
      <w:r w:rsidRPr="002C702D">
        <w:rPr>
          <w:sz w:val="20"/>
          <w:lang w:val="fi-FI"/>
        </w:rPr>
        <w:t xml:space="preserve"> Maanantaisin ja torstaisin klo 9–13.</w:t>
      </w:r>
    </w:p>
    <w:p w14:paraId="2F2D1594" w14:textId="77777777" w:rsidR="00CF48B3" w:rsidRPr="002C702D" w:rsidRDefault="00CF48B3" w:rsidP="002C702D">
      <w:pPr>
        <w:pStyle w:val="Luettelokappale"/>
        <w:numPr>
          <w:ilvl w:val="0"/>
          <w:numId w:val="42"/>
        </w:numPr>
        <w:rPr>
          <w:lang w:val="fi-FI"/>
        </w:rPr>
      </w:pPr>
      <w:r w:rsidRPr="002C702D">
        <w:rPr>
          <w:b/>
          <w:bCs/>
          <w:sz w:val="20"/>
          <w:lang w:val="fi-FI"/>
        </w:rPr>
        <w:t>Sähköposti:</w:t>
      </w:r>
      <w:r w:rsidRPr="002C702D">
        <w:rPr>
          <w:sz w:val="20"/>
          <w:lang w:val="fi-FI"/>
        </w:rPr>
        <w:t xml:space="preserve"> Alueella on otettu käyttöön uusi suora osoite </w:t>
      </w:r>
      <w:hyperlink r:id="rId15" w:tgtFrame="_blank" w:history="1">
        <w:r w:rsidRPr="002C702D">
          <w:rPr>
            <w:rStyle w:val="Hyperlinkki"/>
            <w:lang w:val="fi-FI"/>
          </w:rPr>
          <w:t>sosiaali.potilasasiavastaava@itauusimaa.fi</w:t>
        </w:r>
      </w:hyperlink>
      <w:r w:rsidRPr="002C702D">
        <w:rPr>
          <w:sz w:val="20"/>
          <w:lang w:val="fi-FI"/>
        </w:rPr>
        <w:t>. [</w:t>
      </w:r>
      <w:hyperlink r:id="rId16" w:history="1">
        <w:r w:rsidRPr="002C702D">
          <w:rPr>
            <w:rStyle w:val="Hyperlinkki"/>
            <w:lang w:val="fi-FI"/>
          </w:rPr>
          <w:t>1</w:t>
        </w:r>
      </w:hyperlink>
      <w:r w:rsidRPr="002C702D">
        <w:rPr>
          <w:sz w:val="20"/>
          <w:lang w:val="fi-FI"/>
        </w:rPr>
        <w:t xml:space="preserve">, </w:t>
      </w:r>
      <w:hyperlink r:id="rId17" w:history="1">
        <w:r w:rsidRPr="002C702D">
          <w:rPr>
            <w:rStyle w:val="Hyperlinkki"/>
            <w:lang w:val="fi-FI"/>
          </w:rPr>
          <w:t>2</w:t>
        </w:r>
      </w:hyperlink>
      <w:r w:rsidRPr="002C702D">
        <w:rPr>
          <w:sz w:val="20"/>
          <w:lang w:val="fi-FI"/>
        </w:rPr>
        <w:t xml:space="preserve">, </w:t>
      </w:r>
      <w:hyperlink r:id="rId18" w:history="1">
        <w:r w:rsidRPr="002C702D">
          <w:rPr>
            <w:rStyle w:val="Hyperlinkki"/>
            <w:lang w:val="fi-FI"/>
          </w:rPr>
          <w:t>3</w:t>
        </w:r>
      </w:hyperlink>
      <w:r w:rsidRPr="002C702D">
        <w:rPr>
          <w:sz w:val="20"/>
          <w:lang w:val="fi-FI"/>
        </w:rPr>
        <w:t>]</w:t>
      </w:r>
    </w:p>
    <w:p w14:paraId="6FA19160" w14:textId="77777777" w:rsidR="00CF48B3" w:rsidRPr="00CF48B3" w:rsidRDefault="00CF48B3" w:rsidP="002C702D">
      <w:pPr>
        <w:spacing w:after="0"/>
        <w:rPr>
          <w:b/>
          <w:bCs/>
          <w:lang w:val="fi-FI"/>
        </w:rPr>
      </w:pPr>
      <w:r w:rsidRPr="00CF48B3">
        <w:rPr>
          <w:rFonts w:ascii="Segoe UI Emoji" w:hAnsi="Segoe UI Emoji" w:cs="Segoe UI Emoji"/>
          <w:b/>
          <w:bCs/>
          <w:sz w:val="20"/>
          <w:lang w:val="fi-FI"/>
        </w:rPr>
        <w:t>📍</w:t>
      </w:r>
      <w:r w:rsidRPr="00CF48B3">
        <w:rPr>
          <w:b/>
          <w:bCs/>
          <w:sz w:val="20"/>
          <w:lang w:val="fi-FI"/>
        </w:rPr>
        <w:t xml:space="preserve"> Keski-Uudenmaan hyvinvointialue (</w:t>
      </w:r>
      <w:proofErr w:type="spellStart"/>
      <w:r w:rsidRPr="00CF48B3">
        <w:rPr>
          <w:b/>
          <w:bCs/>
          <w:sz w:val="20"/>
          <w:lang w:val="fi-FI"/>
        </w:rPr>
        <w:t>Keusote</w:t>
      </w:r>
      <w:proofErr w:type="spellEnd"/>
      <w:r w:rsidRPr="00CF48B3">
        <w:rPr>
          <w:b/>
          <w:bCs/>
          <w:sz w:val="20"/>
          <w:lang w:val="fi-FI"/>
        </w:rPr>
        <w:t>)</w:t>
      </w:r>
    </w:p>
    <w:p w14:paraId="2452FC13" w14:textId="77777777" w:rsidR="00CF48B3" w:rsidRPr="002C702D" w:rsidRDefault="00CF48B3" w:rsidP="002C702D">
      <w:pPr>
        <w:pStyle w:val="Luettelokappale"/>
        <w:numPr>
          <w:ilvl w:val="0"/>
          <w:numId w:val="43"/>
        </w:numPr>
        <w:rPr>
          <w:lang w:val="fi-FI"/>
        </w:rPr>
      </w:pPr>
      <w:r w:rsidRPr="002C702D">
        <w:rPr>
          <w:b/>
          <w:bCs/>
          <w:sz w:val="20"/>
          <w:lang w:val="fi-FI"/>
        </w:rPr>
        <w:t>Yhteydenotto:</w:t>
      </w:r>
      <w:r w:rsidRPr="002C702D">
        <w:rPr>
          <w:sz w:val="20"/>
          <w:lang w:val="fi-FI"/>
        </w:rPr>
        <w:t xml:space="preserve"> Palveluun otetaan yhteyttä keskitetysti hyvinvointialueen omien kanavien kautta.</w:t>
      </w:r>
    </w:p>
    <w:p w14:paraId="1E9D2378" w14:textId="77777777" w:rsidR="00CF48B3" w:rsidRPr="002C702D" w:rsidRDefault="00CF48B3" w:rsidP="002C702D">
      <w:pPr>
        <w:pStyle w:val="Luettelokappale"/>
        <w:numPr>
          <w:ilvl w:val="0"/>
          <w:numId w:val="43"/>
        </w:numPr>
        <w:rPr>
          <w:lang w:val="fi-FI"/>
        </w:rPr>
      </w:pPr>
      <w:r w:rsidRPr="002C702D">
        <w:rPr>
          <w:b/>
          <w:bCs/>
          <w:sz w:val="20"/>
          <w:lang w:val="fi-FI"/>
        </w:rPr>
        <w:t>Puhelin:</w:t>
      </w:r>
      <w:r w:rsidRPr="002C702D">
        <w:rPr>
          <w:sz w:val="20"/>
          <w:lang w:val="fi-FI"/>
        </w:rPr>
        <w:t xml:space="preserve"> Tiedot puhelinajoista ja suorista numeroista saa </w:t>
      </w:r>
      <w:hyperlink r:id="rId19" w:tgtFrame="_blank" w:history="1">
        <w:proofErr w:type="spellStart"/>
        <w:r w:rsidRPr="002C702D">
          <w:rPr>
            <w:rStyle w:val="Hyperlinkki"/>
            <w:lang w:val="fi-FI"/>
          </w:rPr>
          <w:t>Keusoten</w:t>
        </w:r>
        <w:proofErr w:type="spellEnd"/>
        <w:r w:rsidRPr="002C702D">
          <w:rPr>
            <w:rStyle w:val="Hyperlinkki"/>
            <w:lang w:val="fi-FI"/>
          </w:rPr>
          <w:t xml:space="preserve"> vaihteen</w:t>
        </w:r>
      </w:hyperlink>
      <w:r w:rsidRPr="002C702D">
        <w:rPr>
          <w:sz w:val="20"/>
          <w:lang w:val="fi-FI"/>
        </w:rPr>
        <w:t xml:space="preserve"> kautta numerosta 019 711 0000.</w:t>
      </w:r>
    </w:p>
    <w:p w14:paraId="0D667FC6" w14:textId="77777777" w:rsidR="00CF48B3" w:rsidRPr="002C702D" w:rsidRDefault="00CF48B3" w:rsidP="002C702D">
      <w:pPr>
        <w:pStyle w:val="Luettelokappale"/>
        <w:numPr>
          <w:ilvl w:val="0"/>
          <w:numId w:val="43"/>
        </w:numPr>
        <w:rPr>
          <w:lang w:val="fi-FI"/>
        </w:rPr>
      </w:pPr>
      <w:r w:rsidRPr="002C702D">
        <w:rPr>
          <w:b/>
          <w:bCs/>
          <w:sz w:val="20"/>
          <w:lang w:val="fi-FI"/>
        </w:rPr>
        <w:t>Postiosoite:</w:t>
      </w:r>
      <w:r w:rsidRPr="002C702D">
        <w:rPr>
          <w:sz w:val="20"/>
          <w:lang w:val="fi-FI"/>
        </w:rPr>
        <w:t xml:space="preserve"> PL 46, 05801 Hyvinkää. [</w:t>
      </w:r>
      <w:hyperlink r:id="rId20" w:history="1">
        <w:r w:rsidRPr="002C702D">
          <w:rPr>
            <w:rStyle w:val="Hyperlinkki"/>
            <w:lang w:val="fi-FI"/>
          </w:rPr>
          <w:t>1</w:t>
        </w:r>
      </w:hyperlink>
      <w:r w:rsidRPr="002C702D">
        <w:rPr>
          <w:sz w:val="20"/>
          <w:lang w:val="fi-FI"/>
        </w:rPr>
        <w:t xml:space="preserve">, </w:t>
      </w:r>
      <w:hyperlink r:id="rId21" w:history="1">
        <w:r w:rsidRPr="002C702D">
          <w:rPr>
            <w:rStyle w:val="Hyperlinkki"/>
            <w:lang w:val="fi-FI"/>
          </w:rPr>
          <w:t>2</w:t>
        </w:r>
      </w:hyperlink>
      <w:r w:rsidRPr="002C702D">
        <w:rPr>
          <w:sz w:val="20"/>
          <w:lang w:val="fi-FI"/>
        </w:rPr>
        <w:t xml:space="preserve">, </w:t>
      </w:r>
      <w:hyperlink r:id="rId22" w:history="1">
        <w:r w:rsidRPr="002C702D">
          <w:rPr>
            <w:rStyle w:val="Hyperlinkki"/>
            <w:lang w:val="fi-FI"/>
          </w:rPr>
          <w:t>3</w:t>
        </w:r>
      </w:hyperlink>
      <w:r w:rsidRPr="002C702D">
        <w:rPr>
          <w:sz w:val="20"/>
          <w:lang w:val="fi-FI"/>
        </w:rPr>
        <w:t xml:space="preserve">, </w:t>
      </w:r>
      <w:hyperlink r:id="rId23" w:history="1">
        <w:r w:rsidRPr="002C702D">
          <w:rPr>
            <w:rStyle w:val="Hyperlinkki"/>
            <w:lang w:val="fi-FI"/>
          </w:rPr>
          <w:t>4</w:t>
        </w:r>
      </w:hyperlink>
      <w:r w:rsidRPr="002C702D">
        <w:rPr>
          <w:sz w:val="20"/>
          <w:lang w:val="fi-FI"/>
        </w:rPr>
        <w:t>]</w:t>
      </w:r>
    </w:p>
    <w:p w14:paraId="304085DA" w14:textId="77777777" w:rsidR="00CF48B3" w:rsidRPr="00CF48B3" w:rsidRDefault="00CF48B3" w:rsidP="002C702D">
      <w:pPr>
        <w:spacing w:after="0"/>
        <w:rPr>
          <w:b/>
          <w:bCs/>
          <w:lang w:val="fi-FI"/>
        </w:rPr>
      </w:pPr>
      <w:r w:rsidRPr="00CF48B3">
        <w:rPr>
          <w:rFonts w:ascii="Segoe UI Emoji" w:hAnsi="Segoe UI Emoji" w:cs="Segoe UI Emoji"/>
          <w:b/>
          <w:bCs/>
          <w:sz w:val="20"/>
          <w:lang w:val="fi-FI"/>
        </w:rPr>
        <w:t>📍</w:t>
      </w:r>
      <w:r w:rsidRPr="00CF48B3">
        <w:rPr>
          <w:b/>
          <w:bCs/>
          <w:sz w:val="20"/>
          <w:lang w:val="fi-FI"/>
        </w:rPr>
        <w:t xml:space="preserve"> Vantaan ja Keravan hyvinvointialue</w:t>
      </w:r>
    </w:p>
    <w:p w14:paraId="365BDB81" w14:textId="77777777" w:rsidR="00CF48B3" w:rsidRPr="002C702D" w:rsidRDefault="00CF48B3" w:rsidP="002C702D">
      <w:pPr>
        <w:pStyle w:val="Luettelokappale"/>
        <w:numPr>
          <w:ilvl w:val="0"/>
          <w:numId w:val="44"/>
        </w:numPr>
        <w:rPr>
          <w:lang w:val="fi-FI"/>
        </w:rPr>
      </w:pPr>
      <w:r w:rsidRPr="002C702D">
        <w:rPr>
          <w:b/>
          <w:bCs/>
          <w:sz w:val="20"/>
          <w:lang w:val="fi-FI"/>
        </w:rPr>
        <w:t>Sosiaali- ja potilasasiavastaavat:</w:t>
      </w:r>
      <w:r w:rsidRPr="002C702D">
        <w:rPr>
          <w:sz w:val="20"/>
          <w:lang w:val="fi-FI"/>
        </w:rPr>
        <w:t xml:space="preserve"> </w:t>
      </w:r>
      <w:proofErr w:type="spellStart"/>
      <w:r w:rsidRPr="002C702D">
        <w:rPr>
          <w:sz w:val="20"/>
          <w:lang w:val="fi-FI"/>
        </w:rPr>
        <w:t>Clarissa</w:t>
      </w:r>
      <w:proofErr w:type="spellEnd"/>
      <w:r w:rsidRPr="002C702D">
        <w:rPr>
          <w:sz w:val="20"/>
          <w:lang w:val="fi-FI"/>
        </w:rPr>
        <w:t xml:space="preserve"> Kinnunen (toiminnan vastuuhenkilö) ja Satu Laaksonen.</w:t>
      </w:r>
    </w:p>
    <w:p w14:paraId="7D00BF7F" w14:textId="77777777" w:rsidR="00CF48B3" w:rsidRPr="002C702D" w:rsidRDefault="00CF48B3" w:rsidP="002C702D">
      <w:pPr>
        <w:pStyle w:val="Luettelokappale"/>
        <w:numPr>
          <w:ilvl w:val="0"/>
          <w:numId w:val="44"/>
        </w:numPr>
        <w:rPr>
          <w:lang w:val="fi-FI"/>
        </w:rPr>
      </w:pPr>
      <w:r w:rsidRPr="002C702D">
        <w:rPr>
          <w:b/>
          <w:bCs/>
          <w:sz w:val="20"/>
          <w:lang w:val="fi-FI"/>
        </w:rPr>
        <w:t>Puhelin:</w:t>
      </w:r>
      <w:r w:rsidRPr="002C702D">
        <w:rPr>
          <w:sz w:val="20"/>
          <w:lang w:val="fi-FI"/>
        </w:rPr>
        <w:t xml:space="preserve"> 09 4191 0230</w:t>
      </w:r>
    </w:p>
    <w:p w14:paraId="57C0234D" w14:textId="77777777" w:rsidR="002C702D" w:rsidRPr="002C702D" w:rsidRDefault="00CF48B3" w:rsidP="002C702D">
      <w:pPr>
        <w:pStyle w:val="Luettelokappale"/>
        <w:numPr>
          <w:ilvl w:val="0"/>
          <w:numId w:val="44"/>
        </w:numPr>
        <w:rPr>
          <w:lang w:val="fi-FI"/>
        </w:rPr>
      </w:pPr>
      <w:r w:rsidRPr="002C702D">
        <w:rPr>
          <w:b/>
          <w:bCs/>
          <w:sz w:val="20"/>
          <w:lang w:val="fi-FI"/>
        </w:rPr>
        <w:t>Puhelinajat:</w:t>
      </w:r>
      <w:r w:rsidRPr="002C702D">
        <w:rPr>
          <w:sz w:val="20"/>
          <w:lang w:val="fi-FI"/>
        </w:rPr>
        <w:t xml:space="preserve"> Ma–ti klo 12.00–15.00 ja ke–to klo 9.00–11.00 (ei perjantaisin tai juhlapyhien aattoina).</w:t>
      </w:r>
    </w:p>
    <w:p w14:paraId="6B5D50BA" w14:textId="7157FE35" w:rsidR="00CF48B3" w:rsidRPr="002C702D" w:rsidRDefault="00CF48B3" w:rsidP="002C702D">
      <w:pPr>
        <w:pStyle w:val="Luettelokappale"/>
        <w:numPr>
          <w:ilvl w:val="0"/>
          <w:numId w:val="44"/>
        </w:numPr>
        <w:rPr>
          <w:lang w:val="fi-FI"/>
        </w:rPr>
      </w:pPr>
      <w:r w:rsidRPr="002C702D">
        <w:rPr>
          <w:b/>
          <w:bCs/>
          <w:sz w:val="20"/>
          <w:lang w:val="fi-FI"/>
        </w:rPr>
        <w:t>Sähköposti:</w:t>
      </w:r>
      <w:r w:rsidRPr="002C702D">
        <w:rPr>
          <w:sz w:val="20"/>
          <w:lang w:val="fi-FI"/>
        </w:rPr>
        <w:t xml:space="preserve"> </w:t>
      </w:r>
      <w:hyperlink r:id="rId24" w:history="1">
        <w:r w:rsidR="00FE3231" w:rsidRPr="002C702D">
          <w:rPr>
            <w:rStyle w:val="Hyperlinkki"/>
            <w:lang w:val="fi-FI"/>
          </w:rPr>
          <w:t>sosiaali-ja potilasasiavastaava@vakehyva.fi</w:t>
        </w:r>
      </w:hyperlink>
      <w:r w:rsidRPr="002C702D">
        <w:rPr>
          <w:sz w:val="20"/>
          <w:lang w:val="fi-FI"/>
        </w:rPr>
        <w:t>. [</w:t>
      </w:r>
      <w:hyperlink r:id="rId25" w:history="1">
        <w:r w:rsidRPr="002C702D">
          <w:rPr>
            <w:rStyle w:val="Hyperlinkki"/>
            <w:lang w:val="fi-FI"/>
          </w:rPr>
          <w:t>1</w:t>
        </w:r>
      </w:hyperlink>
      <w:r w:rsidRPr="002C702D">
        <w:rPr>
          <w:sz w:val="20"/>
          <w:lang w:val="fi-FI"/>
        </w:rPr>
        <w:t>]</w:t>
      </w:r>
    </w:p>
    <w:p w14:paraId="66639F70" w14:textId="4AF915CF" w:rsidR="00CF48B3" w:rsidRPr="00EE47E8" w:rsidRDefault="00232783" w:rsidP="002C702D">
      <w:pPr>
        <w:spacing w:after="0"/>
        <w:rPr>
          <w:rFonts w:ascii="Segoe UI Emoji" w:hAnsi="Segoe UI Emoji" w:cs="Segoe UI Emoji"/>
          <w:b/>
          <w:bCs/>
          <w:lang w:val="fi-FI"/>
        </w:rPr>
      </w:pPr>
      <w:r>
        <w:rPr>
          <w:rFonts w:ascii="Segoe UI Emoji" w:hAnsi="Segoe UI Emoji" w:cs="Segoe UI Emoji"/>
          <w:b/>
          <w:bCs/>
          <w:sz w:val="20"/>
          <w:lang w:val="fi-FI"/>
        </w:rPr>
        <w:br w:type="page"/>
      </w:r>
      <w:r w:rsidR="00CF48B3" w:rsidRPr="00CF48B3">
        <w:rPr>
          <w:rFonts w:ascii="Segoe UI Emoji" w:hAnsi="Segoe UI Emoji" w:cs="Segoe UI Emoji"/>
          <w:b/>
          <w:bCs/>
          <w:sz w:val="20"/>
          <w:lang w:val="fi-FI"/>
        </w:rPr>
        <w:lastRenderedPageBreak/>
        <w:t>📍</w:t>
      </w:r>
      <w:r w:rsidR="00CF48B3" w:rsidRPr="00CF48B3">
        <w:rPr>
          <w:b/>
          <w:bCs/>
          <w:sz w:val="20"/>
          <w:lang w:val="fi-FI"/>
        </w:rPr>
        <w:t xml:space="preserve"> Helsingin kaupunki</w:t>
      </w:r>
    </w:p>
    <w:p w14:paraId="16E86AA0" w14:textId="77777777" w:rsidR="00CF48B3" w:rsidRPr="002C702D" w:rsidRDefault="00CF48B3" w:rsidP="002C702D">
      <w:pPr>
        <w:pStyle w:val="Luettelokappale"/>
        <w:numPr>
          <w:ilvl w:val="0"/>
          <w:numId w:val="45"/>
        </w:numPr>
        <w:rPr>
          <w:lang w:val="fi-FI"/>
        </w:rPr>
      </w:pPr>
      <w:r w:rsidRPr="002C702D">
        <w:rPr>
          <w:b/>
          <w:bCs/>
          <w:sz w:val="20"/>
          <w:lang w:val="fi-FI"/>
        </w:rPr>
        <w:t>Sosiaali- ja potilasasiavastaavat:</w:t>
      </w:r>
      <w:r w:rsidRPr="002C702D">
        <w:rPr>
          <w:sz w:val="20"/>
          <w:lang w:val="fi-FI"/>
        </w:rPr>
        <w:t xml:space="preserve"> Jenni Hannukainen, Ninni Purmonen, Taru Salo, Teija Tanska, Katariina Juurioksa ja Anders Häggblom (Sari </w:t>
      </w:r>
      <w:proofErr w:type="spellStart"/>
      <w:r w:rsidRPr="002C702D">
        <w:rPr>
          <w:sz w:val="20"/>
          <w:lang w:val="fi-FI"/>
        </w:rPr>
        <w:t>Herlevi</w:t>
      </w:r>
      <w:proofErr w:type="spellEnd"/>
      <w:r w:rsidRPr="002C702D">
        <w:rPr>
          <w:sz w:val="20"/>
          <w:lang w:val="fi-FI"/>
        </w:rPr>
        <w:t xml:space="preserve"> ei ole enää listattu).</w:t>
      </w:r>
    </w:p>
    <w:p w14:paraId="6D4F34EB" w14:textId="77777777" w:rsidR="00CF48B3" w:rsidRPr="002C702D" w:rsidRDefault="00CF48B3" w:rsidP="002C702D">
      <w:pPr>
        <w:pStyle w:val="Luettelokappale"/>
        <w:numPr>
          <w:ilvl w:val="0"/>
          <w:numId w:val="45"/>
        </w:numPr>
        <w:rPr>
          <w:lang w:val="fi-FI"/>
        </w:rPr>
      </w:pPr>
      <w:r w:rsidRPr="002C702D">
        <w:rPr>
          <w:b/>
          <w:bCs/>
          <w:sz w:val="20"/>
          <w:lang w:val="fi-FI"/>
        </w:rPr>
        <w:t>Neuvontapuhelin:</w:t>
      </w:r>
      <w:r w:rsidRPr="002C702D">
        <w:rPr>
          <w:sz w:val="20"/>
          <w:lang w:val="fi-FI"/>
        </w:rPr>
        <w:t xml:space="preserve"> 09 3104 3355</w:t>
      </w:r>
    </w:p>
    <w:p w14:paraId="12AE0F70" w14:textId="77777777" w:rsidR="00CF48B3" w:rsidRPr="002C702D" w:rsidRDefault="00CF48B3" w:rsidP="002C702D">
      <w:pPr>
        <w:pStyle w:val="Luettelokappale"/>
        <w:numPr>
          <w:ilvl w:val="0"/>
          <w:numId w:val="45"/>
        </w:numPr>
        <w:rPr>
          <w:lang w:val="fi-FI"/>
        </w:rPr>
      </w:pPr>
      <w:r w:rsidRPr="002C702D">
        <w:rPr>
          <w:b/>
          <w:bCs/>
          <w:sz w:val="20"/>
          <w:lang w:val="fi-FI"/>
        </w:rPr>
        <w:t>Puhelinaika:</w:t>
      </w:r>
      <w:r w:rsidRPr="002C702D">
        <w:rPr>
          <w:sz w:val="20"/>
          <w:lang w:val="fi-FI"/>
        </w:rPr>
        <w:t xml:space="preserve"> Maanantaista torstaihin klo 9–11.</w:t>
      </w:r>
    </w:p>
    <w:p w14:paraId="3A92FD1A" w14:textId="77777777" w:rsidR="00CF48B3" w:rsidRPr="002C702D" w:rsidRDefault="00CF48B3" w:rsidP="002C702D">
      <w:pPr>
        <w:pStyle w:val="Luettelokappale"/>
        <w:numPr>
          <w:ilvl w:val="0"/>
          <w:numId w:val="45"/>
        </w:numPr>
        <w:rPr>
          <w:lang w:val="fi-FI"/>
        </w:rPr>
      </w:pPr>
      <w:r w:rsidRPr="002C702D">
        <w:rPr>
          <w:b/>
          <w:bCs/>
          <w:sz w:val="20"/>
          <w:lang w:val="fi-FI"/>
        </w:rPr>
        <w:t>Sähköposti:</w:t>
      </w:r>
      <w:r w:rsidRPr="002C702D">
        <w:rPr>
          <w:sz w:val="20"/>
          <w:lang w:val="fi-FI"/>
        </w:rPr>
        <w:t xml:space="preserve"> Yhteydenpitoon suositellaan virallista </w:t>
      </w:r>
      <w:hyperlink r:id="rId26" w:tgtFrame="_blank" w:history="1">
        <w:r w:rsidRPr="002C702D">
          <w:rPr>
            <w:rStyle w:val="Hyperlinkki"/>
            <w:lang w:val="fi-FI"/>
          </w:rPr>
          <w:t>Helsingin kaupungin suojattua sähköpostia</w:t>
        </w:r>
      </w:hyperlink>
      <w:r w:rsidRPr="002C702D">
        <w:rPr>
          <w:sz w:val="20"/>
          <w:lang w:val="fi-FI"/>
        </w:rPr>
        <w:t xml:space="preserve"> tietoturvasyistä.</w:t>
      </w:r>
    </w:p>
    <w:p w14:paraId="340497E0" w14:textId="77777777" w:rsidR="00CF48B3" w:rsidRPr="002C702D" w:rsidRDefault="00CF48B3" w:rsidP="002C702D">
      <w:pPr>
        <w:pStyle w:val="Luettelokappale"/>
        <w:numPr>
          <w:ilvl w:val="0"/>
          <w:numId w:val="45"/>
        </w:numPr>
        <w:rPr>
          <w:lang w:val="fi-FI"/>
        </w:rPr>
      </w:pPr>
      <w:r w:rsidRPr="002C702D">
        <w:rPr>
          <w:b/>
          <w:bCs/>
          <w:sz w:val="20"/>
          <w:lang w:val="fi-FI"/>
        </w:rPr>
        <w:t>Postiosoite:</w:t>
      </w:r>
      <w:r w:rsidRPr="002C702D">
        <w:rPr>
          <w:sz w:val="20"/>
          <w:lang w:val="fi-FI"/>
        </w:rPr>
        <w:t xml:space="preserve"> PL 6060, 00099 Helsingin kaupunki.</w:t>
      </w:r>
    </w:p>
    <w:p w14:paraId="2F434684" w14:textId="77777777" w:rsidR="001D4935" w:rsidRPr="002C702D" w:rsidRDefault="00CF48B3" w:rsidP="002C702D">
      <w:pPr>
        <w:pStyle w:val="Luettelokappale"/>
        <w:numPr>
          <w:ilvl w:val="0"/>
          <w:numId w:val="45"/>
        </w:numPr>
        <w:rPr>
          <w:lang w:val="fi-FI"/>
        </w:rPr>
      </w:pPr>
      <w:r w:rsidRPr="002C702D">
        <w:rPr>
          <w:b/>
          <w:bCs/>
          <w:sz w:val="20"/>
          <w:lang w:val="fi-FI"/>
        </w:rPr>
        <w:t>Käyntiosoite:</w:t>
      </w:r>
      <w:r w:rsidRPr="002C702D">
        <w:rPr>
          <w:sz w:val="20"/>
          <w:lang w:val="fi-FI"/>
        </w:rPr>
        <w:t xml:space="preserve"> Toinen linja 4 A, 00530 Helsinki (tapaamiset aina sovittava etukäteen). </w:t>
      </w:r>
    </w:p>
    <w:p w14:paraId="42F4FD23" w14:textId="77777777" w:rsidR="00232783" w:rsidRPr="00600150" w:rsidRDefault="00232783" w:rsidP="00232783">
      <w:pPr>
        <w:ind w:left="720"/>
        <w:rPr>
          <w:lang w:val="fi-FI"/>
        </w:rPr>
      </w:pPr>
    </w:p>
    <w:p w14:paraId="4B9FF09F" w14:textId="77777777" w:rsidR="001D4935" w:rsidRPr="00600150" w:rsidRDefault="001840E9" w:rsidP="00232783">
      <w:pPr>
        <w:pStyle w:val="Otsikko2"/>
        <w:spacing w:after="240"/>
        <w:rPr>
          <w:lang w:val="fi-FI"/>
        </w:rPr>
      </w:pPr>
      <w:r w:rsidRPr="00600150">
        <w:rPr>
          <w:rFonts w:ascii="Arial" w:hAnsi="Arial"/>
          <w:lang w:val="fi-FI"/>
        </w:rPr>
        <w:t>6.2 Suunnitelman seuranta ja päivittäminen</w:t>
      </w:r>
    </w:p>
    <w:p w14:paraId="51DED37C" w14:textId="23A0E6B1" w:rsidR="00DC3744" w:rsidRDefault="00FE3231" w:rsidP="002C48F0">
      <w:pPr>
        <w:rPr>
          <w:lang w:val="fi-FI"/>
        </w:rPr>
      </w:pPr>
      <w:r w:rsidRPr="00600150">
        <w:rPr>
          <w:sz w:val="20"/>
          <w:lang w:val="fi-FI"/>
        </w:rPr>
        <w:t>Perhekodin johtaja</w:t>
      </w:r>
      <w:r w:rsidR="00C30152" w:rsidRPr="00600150">
        <w:rPr>
          <w:sz w:val="20"/>
          <w:lang w:val="fi-FI"/>
        </w:rPr>
        <w:t xml:space="preserve"> Katja Ikonen</w:t>
      </w:r>
      <w:r w:rsidRPr="00600150">
        <w:rPr>
          <w:sz w:val="20"/>
          <w:lang w:val="fi-FI"/>
        </w:rPr>
        <w:t xml:space="preserve"> vastaa omavalvontasuunnitelman seurannasta, päivittämisestä ja laadun seurannasta. Päivittäminen tehdään </w:t>
      </w:r>
      <w:r w:rsidR="00EE47E8">
        <w:rPr>
          <w:sz w:val="20"/>
          <w:lang w:val="fi-FI"/>
        </w:rPr>
        <w:t>4 kuukauden välein</w:t>
      </w:r>
      <w:r w:rsidRPr="00600150">
        <w:rPr>
          <w:color w:val="EE0000"/>
          <w:sz w:val="20"/>
          <w:lang w:val="fi-FI"/>
        </w:rPr>
        <w:t xml:space="preserve">. </w:t>
      </w:r>
      <w:r w:rsidRPr="00600150">
        <w:rPr>
          <w:sz w:val="20"/>
          <w:lang w:val="fi-FI"/>
        </w:rPr>
        <w:t>Laatua arvioidaa</w:t>
      </w:r>
      <w:r w:rsidR="00C30152" w:rsidRPr="00600150">
        <w:rPr>
          <w:sz w:val="20"/>
          <w:lang w:val="fi-FI"/>
        </w:rPr>
        <w:t xml:space="preserve">n omavalvontasuunnitelman, </w:t>
      </w:r>
      <w:r w:rsidR="00DC3744">
        <w:rPr>
          <w:sz w:val="20"/>
          <w:lang w:val="fi-FI"/>
        </w:rPr>
        <w:t xml:space="preserve">henkilöstön </w:t>
      </w:r>
      <w:r w:rsidR="00C30152" w:rsidRPr="00600150">
        <w:rPr>
          <w:sz w:val="20"/>
          <w:lang w:val="fi-FI"/>
        </w:rPr>
        <w:t>pätevyyksien ja täydennyskoulutuksen avulla.</w:t>
      </w:r>
      <w:r w:rsidR="002C48F0" w:rsidRPr="00600150">
        <w:rPr>
          <w:sz w:val="20"/>
          <w:lang w:val="fi-FI"/>
        </w:rPr>
        <w:t xml:space="preserve"> Lisäksi laatua seurataan säännöllisten (vähintään </w:t>
      </w:r>
      <w:r w:rsidR="00DC3744" w:rsidRPr="00600150">
        <w:rPr>
          <w:sz w:val="20"/>
          <w:lang w:val="fi-FI"/>
        </w:rPr>
        <w:t>kuukausittain</w:t>
      </w:r>
      <w:r w:rsidR="002C48F0" w:rsidRPr="00600150">
        <w:rPr>
          <w:sz w:val="20"/>
          <w:lang w:val="fi-FI"/>
        </w:rPr>
        <w:t>) toteutettavien perhepalaverien avull</w:t>
      </w:r>
      <w:r w:rsidR="00DC3744">
        <w:rPr>
          <w:sz w:val="20"/>
          <w:lang w:val="fi-FI"/>
        </w:rPr>
        <w:t>a ja avoimen keskustelun avulla</w:t>
      </w:r>
      <w:r w:rsidR="002C48F0" w:rsidRPr="00600150">
        <w:rPr>
          <w:sz w:val="20"/>
          <w:lang w:val="fi-FI"/>
        </w:rPr>
        <w:t xml:space="preserve">. </w:t>
      </w:r>
      <w:r w:rsidR="00DC3744" w:rsidRPr="00600150">
        <w:rPr>
          <w:sz w:val="20"/>
          <w:lang w:val="fi-FI"/>
        </w:rPr>
        <w:t>Hyvinvointialueet seuraavat laatua tarkastuskäynnein.</w:t>
      </w:r>
    </w:p>
    <w:p w14:paraId="361270EB" w14:textId="0C395535" w:rsidR="000B2F43" w:rsidRDefault="00DC3744" w:rsidP="00BB79ED">
      <w:pPr>
        <w:spacing w:after="0"/>
        <w:rPr>
          <w:sz w:val="20"/>
        </w:rPr>
      </w:pPr>
      <w:r>
        <w:rPr>
          <w:sz w:val="20"/>
        </w:rPr>
        <w:t xml:space="preserve">Palautetta kerätään lapsilta säännöllisissä yksilökeskusteluissa ja lapselle soveltuvilla palautetavoilla. Huoltajien, läheisten ja sijoittavien sosiaalityöntekijöiden palautetta pyydetään yhteistyön ja asiakassuunnitelmatyöskentelyn yhteydessä sekä erillisillä palautekyselyillä. Palautteet käsitellään perhekotivanhempien kesken, niistä tunnistetaan kehittämistarpeet ja sovitut toimenpiteet kirjataan omavalvonnan seurantaan. Palautteen keräämisen tarkempi aikataulu ja käytettävät </w:t>
      </w:r>
      <w:proofErr w:type="spellStart"/>
      <w:r>
        <w:rPr>
          <w:sz w:val="20"/>
        </w:rPr>
        <w:t>lomakkeet</w:t>
      </w:r>
      <w:proofErr w:type="spellEnd"/>
      <w:r>
        <w:rPr>
          <w:sz w:val="20"/>
        </w:rPr>
        <w:t xml:space="preserve"> </w:t>
      </w:r>
      <w:proofErr w:type="spellStart"/>
      <w:r>
        <w:rPr>
          <w:sz w:val="20"/>
        </w:rPr>
        <w:t>vahvistetaan</w:t>
      </w:r>
      <w:proofErr w:type="spellEnd"/>
      <w:r>
        <w:rPr>
          <w:sz w:val="20"/>
        </w:rPr>
        <w:t xml:space="preserve"> </w:t>
      </w:r>
      <w:proofErr w:type="spellStart"/>
      <w:r>
        <w:rPr>
          <w:sz w:val="20"/>
        </w:rPr>
        <w:t>yksikön</w:t>
      </w:r>
      <w:proofErr w:type="spellEnd"/>
      <w:r>
        <w:rPr>
          <w:sz w:val="20"/>
        </w:rPr>
        <w:t xml:space="preserve"> </w:t>
      </w:r>
      <w:proofErr w:type="spellStart"/>
      <w:r>
        <w:rPr>
          <w:sz w:val="20"/>
        </w:rPr>
        <w:t>käytännöissä</w:t>
      </w:r>
      <w:proofErr w:type="spellEnd"/>
      <w:r>
        <w:rPr>
          <w:sz w:val="20"/>
        </w:rPr>
        <w:t>.</w:t>
      </w:r>
    </w:p>
    <w:p w14:paraId="47DA95B6" w14:textId="77777777" w:rsidR="00BB79ED" w:rsidRPr="00BB79ED" w:rsidRDefault="00BB79ED">
      <w:pPr>
        <w:rPr>
          <w:lang w:val="fi-FI"/>
        </w:rPr>
      </w:pPr>
    </w:p>
    <w:p w14:paraId="135858E5" w14:textId="77777777" w:rsidR="00247EB2" w:rsidRDefault="00000000" w:rsidP="00884942">
      <w:pPr>
        <w:pStyle w:val="Otsikko2"/>
        <w:spacing w:after="240"/>
      </w:pPr>
      <w:r>
        <w:rPr>
          <w:rFonts w:ascii="Arial" w:hAnsi="Arial"/>
        </w:rPr>
        <w:t xml:space="preserve">6.3 </w:t>
      </w:r>
      <w:proofErr w:type="spellStart"/>
      <w:r>
        <w:rPr>
          <w:rFonts w:ascii="Arial" w:hAnsi="Arial"/>
        </w:rPr>
        <w:t>Palautteen</w:t>
      </w:r>
      <w:proofErr w:type="spellEnd"/>
      <w:r>
        <w:rPr>
          <w:rFonts w:ascii="Arial" w:hAnsi="Arial"/>
        </w:rPr>
        <w:t xml:space="preserve"> </w:t>
      </w:r>
      <w:proofErr w:type="spellStart"/>
      <w:r>
        <w:rPr>
          <w:rFonts w:ascii="Arial" w:hAnsi="Arial"/>
        </w:rPr>
        <w:t>kerääminen</w:t>
      </w:r>
      <w:proofErr w:type="spellEnd"/>
      <w:r>
        <w:rPr>
          <w:rFonts w:ascii="Arial" w:hAnsi="Arial"/>
        </w:rPr>
        <w:t xml:space="preserve"> ja hyödyntäminen</w:t>
      </w:r>
    </w:p>
    <w:p w14:paraId="3F57073B" w14:textId="4810661D" w:rsidR="00247EB2" w:rsidRPr="00BB79ED" w:rsidRDefault="00000000">
      <w:pPr>
        <w:rPr>
          <w:sz w:val="20"/>
        </w:rPr>
      </w:pPr>
      <w:r>
        <w:rPr>
          <w:sz w:val="20"/>
        </w:rPr>
        <w:t xml:space="preserve">Palautetta kerätään lapsilta lapsen ikä, </w:t>
      </w:r>
      <w:proofErr w:type="spellStart"/>
      <w:r>
        <w:rPr>
          <w:sz w:val="20"/>
        </w:rPr>
        <w:t>kehitystaso</w:t>
      </w:r>
      <w:proofErr w:type="spellEnd"/>
      <w:r>
        <w:rPr>
          <w:sz w:val="20"/>
        </w:rPr>
        <w:t xml:space="preserve">, </w:t>
      </w:r>
      <w:proofErr w:type="spellStart"/>
      <w:r>
        <w:rPr>
          <w:sz w:val="20"/>
        </w:rPr>
        <w:t>kommunikaatiotapa</w:t>
      </w:r>
      <w:proofErr w:type="spellEnd"/>
      <w:r>
        <w:rPr>
          <w:sz w:val="20"/>
        </w:rPr>
        <w:t xml:space="preserve"> ja yksilölliset tarpeet </w:t>
      </w:r>
      <w:proofErr w:type="spellStart"/>
      <w:r>
        <w:rPr>
          <w:sz w:val="20"/>
        </w:rPr>
        <w:t>huomioiden</w:t>
      </w:r>
      <w:proofErr w:type="spellEnd"/>
      <w:r>
        <w:rPr>
          <w:sz w:val="20"/>
        </w:rPr>
        <w:t>. Lapsi voi antaa palautetta suullisesti, kirjallisesti, kuvallisesti tai muulla hänelle soveltuvalla tavalla. Lapselle tarjotaan myös mahdollisuus keskustella perhekotivanhemman kanssa kahden kesken.</w:t>
      </w:r>
    </w:p>
    <w:p w14:paraId="08BD4B90" w14:textId="77777777" w:rsidR="00247EB2" w:rsidRDefault="00000000">
      <w:r>
        <w:rPr>
          <w:sz w:val="20"/>
        </w:rPr>
        <w:t>Huoltajien, läheisten, sijoittavan sosiaalityöntekijän ja muiden yhteistyötahojen palautetta pyydetään yhteistyön yhteydessä ja tarvittaessa erillisillä palautekyselyillä. Palautetta voidaan antaa myös suoraan perhekodin vastuuhenkilölle.</w:t>
      </w:r>
    </w:p>
    <w:p w14:paraId="610880B8" w14:textId="77777777" w:rsidR="00247EB2" w:rsidRDefault="00000000" w:rsidP="00BB79ED">
      <w:pPr>
        <w:spacing w:after="0"/>
        <w:rPr>
          <w:sz w:val="20"/>
        </w:rPr>
      </w:pPr>
      <w:r>
        <w:rPr>
          <w:sz w:val="20"/>
        </w:rPr>
        <w:t xml:space="preserve">Palaute käsitellään perhekotivanhempien kesken. Palautteesta nousevat kehittämistarpeet, päätetyt toimenpiteet ja niiden toteutumisen seuranta kirjataan omavalvonnan seurantaan. Palautteen käsittelyssä huomioidaan </w:t>
      </w:r>
      <w:proofErr w:type="spellStart"/>
      <w:r>
        <w:rPr>
          <w:sz w:val="20"/>
        </w:rPr>
        <w:t>salassapito</w:t>
      </w:r>
      <w:proofErr w:type="spellEnd"/>
      <w:r>
        <w:rPr>
          <w:sz w:val="20"/>
        </w:rPr>
        <w:t xml:space="preserve"> ja </w:t>
      </w:r>
      <w:proofErr w:type="spellStart"/>
      <w:r>
        <w:rPr>
          <w:sz w:val="20"/>
        </w:rPr>
        <w:t>henkilötietojen</w:t>
      </w:r>
      <w:proofErr w:type="spellEnd"/>
      <w:r>
        <w:rPr>
          <w:sz w:val="20"/>
        </w:rPr>
        <w:t xml:space="preserve"> </w:t>
      </w:r>
      <w:proofErr w:type="spellStart"/>
      <w:r>
        <w:rPr>
          <w:sz w:val="20"/>
        </w:rPr>
        <w:t>minimointi</w:t>
      </w:r>
      <w:proofErr w:type="spellEnd"/>
      <w:r>
        <w:rPr>
          <w:sz w:val="20"/>
        </w:rPr>
        <w:t>.</w:t>
      </w:r>
    </w:p>
    <w:p w14:paraId="42854C7A" w14:textId="77777777" w:rsidR="00BB79ED" w:rsidRDefault="00BB79ED"/>
    <w:p w14:paraId="13B4DB3D" w14:textId="77777777" w:rsidR="00BB79ED" w:rsidRDefault="00BB79ED">
      <w:pPr>
        <w:rPr>
          <w:rFonts w:eastAsiaTheme="majorEastAsia" w:cstheme="majorBidi"/>
          <w:b/>
          <w:bCs/>
          <w:color w:val="4F81BD" w:themeColor="accent1"/>
          <w:sz w:val="26"/>
          <w:szCs w:val="26"/>
        </w:rPr>
      </w:pPr>
      <w:r>
        <w:br w:type="page"/>
      </w:r>
    </w:p>
    <w:p w14:paraId="1E3EEF88" w14:textId="43865698" w:rsidR="00247EB2" w:rsidRDefault="00000000" w:rsidP="00884942">
      <w:pPr>
        <w:pStyle w:val="Otsikko2"/>
        <w:spacing w:after="240"/>
      </w:pPr>
      <w:r>
        <w:rPr>
          <w:rFonts w:ascii="Arial" w:hAnsi="Arial"/>
        </w:rPr>
        <w:lastRenderedPageBreak/>
        <w:t xml:space="preserve">6.4 Omavalvonnan seuranta, </w:t>
      </w:r>
      <w:proofErr w:type="spellStart"/>
      <w:r>
        <w:rPr>
          <w:rFonts w:ascii="Arial" w:hAnsi="Arial"/>
        </w:rPr>
        <w:t>arviointi</w:t>
      </w:r>
      <w:proofErr w:type="spellEnd"/>
      <w:r>
        <w:rPr>
          <w:rFonts w:ascii="Arial" w:hAnsi="Arial"/>
        </w:rPr>
        <w:t xml:space="preserve"> ja korjaavat toimenpiteet</w:t>
      </w:r>
    </w:p>
    <w:p w14:paraId="6F780254" w14:textId="77777777" w:rsidR="00247EB2" w:rsidRDefault="00000000">
      <w:r>
        <w:rPr>
          <w:sz w:val="20"/>
        </w:rPr>
        <w:t>Omavalvonnan toteutumista seurataan jatkuvasti osana päivittäistä toimintaa. Perhekodin johtaja Katja Ikonen vastaa seurannan koordinoinnista ja dokumentoinnista yhdessä Jarno Ikosen kanssa. Seurannassa arvioidaan muun muassa lasten turvallisuutta ja oikeuksien toteutumista, henkilöstön riittävyyttä, palautteita, muistutuksia, vaaratapahtumia, lääkehoitoa, tietosuojaa, toimitilojen turvallisuutta ja sovittujen korjaavien toimenpiteiden toteutumista.</w:t>
      </w:r>
    </w:p>
    <w:p w14:paraId="69FE4D1F" w14:textId="77777777" w:rsidR="00247EB2" w:rsidRDefault="00000000">
      <w:r>
        <w:rPr>
          <w:sz w:val="20"/>
        </w:rPr>
        <w:t>Omavalvontasuunnitelman toteutumisen seurannasta laaditaan kirjallinen selvitys vähintään neljän kuukauden välein. Selvityksessä kuvataan keskeiset havainnot, havaitut puutteet, tehdyt tai suunnitellut korjaavat toimenpiteet sekä niiden vastuuhenkilöt ja aikataulut. Seurannan perusteella tehdyt muutokset julkaistaan julkisessa tietoverkossa vähintään neljän kuukauden välein siten, ettei julkaisu sisällä salassa pidettäviä tietoja tai asiakkaiden tunnistetietoja.</w:t>
      </w:r>
    </w:p>
    <w:p w14:paraId="5BE17ACC" w14:textId="77777777" w:rsidR="00247EB2" w:rsidRDefault="00000000" w:rsidP="00BB79ED">
      <w:pPr>
        <w:spacing w:after="0"/>
        <w:rPr>
          <w:sz w:val="20"/>
        </w:rPr>
      </w:pPr>
      <w:r>
        <w:rPr>
          <w:sz w:val="20"/>
        </w:rPr>
        <w:t xml:space="preserve">Jos seurannassa havaitaan puute, vastuuhenkilö arvioi sen vakavuuden ja kiireellisyyden. Välitöntä turvallisuusriskiä aiheuttava puute korjataan heti tai toiminta keskeytetään tarvittavilta osin, kunnes turvallisuus voidaan varmistaa. Muiden puutteiden korjaamiselle määritellään vastuuhenkilö ja määräaika. Korjaavien toimenpiteiden </w:t>
      </w:r>
      <w:proofErr w:type="spellStart"/>
      <w:r>
        <w:rPr>
          <w:sz w:val="20"/>
        </w:rPr>
        <w:t>toteutuminen</w:t>
      </w:r>
      <w:proofErr w:type="spellEnd"/>
      <w:r>
        <w:rPr>
          <w:sz w:val="20"/>
        </w:rPr>
        <w:t xml:space="preserve"> ja vaikuttavuus tarkistetaan.</w:t>
      </w:r>
    </w:p>
    <w:p w14:paraId="16AFAA3B" w14:textId="77777777" w:rsidR="00BB79ED" w:rsidRDefault="00BB79ED"/>
    <w:p w14:paraId="7430CA75" w14:textId="77777777" w:rsidR="00247EB2" w:rsidRDefault="00000000" w:rsidP="00884942">
      <w:pPr>
        <w:pStyle w:val="Otsikko2"/>
        <w:spacing w:after="240"/>
      </w:pPr>
      <w:r>
        <w:rPr>
          <w:rFonts w:ascii="Arial" w:hAnsi="Arial"/>
        </w:rPr>
        <w:t>6.5 Suunnitelman hyväksyminen, saatavilla pitäminen ja päivittäminen</w:t>
      </w:r>
    </w:p>
    <w:p w14:paraId="0ED3EF5B" w14:textId="77777777" w:rsidR="00247EB2" w:rsidRDefault="00000000">
      <w:r>
        <w:rPr>
          <w:sz w:val="20"/>
        </w:rPr>
        <w:t>Omavalvontasuunnitelma pidetään henkilöstön, sijaisten ja muiden toimintaan osallistuvien saatavilla. Uudet työntekijät ja sijaiset perehdytetään suunnitelmaan ennen työskentelyn aloittamista. Suunnitelma on julkisesti nähtävillä palveluyksikössä ja julkaistaan palveluntuottajan verkkosivuilla. Julkisesta versiosta poistetaan salassa pidettävät tiedot ja turvallisuuden kannalta tarpeettoman yksityiskohtaiset tiedot.</w:t>
      </w:r>
    </w:p>
    <w:p w14:paraId="73922B7B" w14:textId="77777777" w:rsidR="00247EB2" w:rsidRDefault="00000000">
      <w:r>
        <w:rPr>
          <w:sz w:val="20"/>
        </w:rPr>
        <w:t>Suunnitelma tarkistetaan vähintään vuosittain sekä aina, kun toiminnassa, palveluissa, henkilöstössä, toimitiloissa, asiakasryhmässä tai lainsäädännössä tapahtuu muutoksia, joilla on vaikutusta omavalvontaan. Päivittämisestä vastaa perhekodin johtaja Katja Ikonen yhdessä Jarno Ikosen kanssa. Päivitetty versio hyväksytään palveluntuottajan toimesta, versionumero ja päivämäärä merkitään asiakirjaan ja muutoksista tiedotetaan henkilöstölle.</w:t>
      </w:r>
    </w:p>
    <w:p w14:paraId="4E8E85B3" w14:textId="77777777" w:rsidR="00BB79ED" w:rsidRDefault="00BB79ED" w:rsidP="00BB79ED">
      <w:pPr>
        <w:rPr>
          <w:sz w:val="20"/>
        </w:rPr>
      </w:pPr>
    </w:p>
    <w:p w14:paraId="0FFC9C83" w14:textId="62C8DB36" w:rsidR="00660F7A" w:rsidRPr="00BB79ED" w:rsidRDefault="00000000" w:rsidP="00BB79ED">
      <w:proofErr w:type="spellStart"/>
      <w:r w:rsidRPr="00660F7A">
        <w:rPr>
          <w:b/>
          <w:bCs/>
          <w:sz w:val="20"/>
        </w:rPr>
        <w:t>Asiakirjan</w:t>
      </w:r>
      <w:proofErr w:type="spellEnd"/>
      <w:r w:rsidRPr="00660F7A">
        <w:rPr>
          <w:b/>
          <w:bCs/>
          <w:sz w:val="20"/>
        </w:rPr>
        <w:t xml:space="preserve"> </w:t>
      </w:r>
      <w:proofErr w:type="spellStart"/>
      <w:r w:rsidRPr="00660F7A">
        <w:rPr>
          <w:b/>
          <w:bCs/>
          <w:sz w:val="20"/>
        </w:rPr>
        <w:t>hyväksyminen</w:t>
      </w:r>
      <w:proofErr w:type="spellEnd"/>
      <w:r w:rsidRPr="00660F7A">
        <w:rPr>
          <w:b/>
          <w:bCs/>
          <w:sz w:val="20"/>
        </w:rPr>
        <w:t>:</w:t>
      </w:r>
      <w:r>
        <w:rPr>
          <w:sz w:val="20"/>
        </w:rPr>
        <w:t xml:space="preserve"> </w:t>
      </w:r>
      <w:r w:rsidR="00B714FD">
        <w:rPr>
          <w:sz w:val="20"/>
        </w:rPr>
        <w:t>3.10.2026</w:t>
      </w:r>
      <w:r>
        <w:rPr>
          <w:sz w:val="20"/>
        </w:rPr>
        <w:t xml:space="preserve">    </w:t>
      </w:r>
    </w:p>
    <w:p w14:paraId="5FF7C6B1" w14:textId="77777777" w:rsidR="00660F7A" w:rsidRPr="00660F7A" w:rsidRDefault="00000000" w:rsidP="00660F7A">
      <w:pPr>
        <w:rPr>
          <w:b/>
          <w:bCs/>
          <w:sz w:val="20"/>
        </w:rPr>
      </w:pPr>
      <w:proofErr w:type="spellStart"/>
      <w:r w:rsidRPr="00660F7A">
        <w:rPr>
          <w:b/>
          <w:bCs/>
          <w:sz w:val="20"/>
        </w:rPr>
        <w:t>Versio</w:t>
      </w:r>
      <w:proofErr w:type="spellEnd"/>
      <w:r w:rsidRPr="00660F7A">
        <w:rPr>
          <w:b/>
          <w:bCs/>
          <w:sz w:val="20"/>
        </w:rPr>
        <w:t>: 1.</w:t>
      </w:r>
      <w:r w:rsidR="00B714FD" w:rsidRPr="00660F7A">
        <w:rPr>
          <w:b/>
          <w:bCs/>
          <w:sz w:val="20"/>
        </w:rPr>
        <w:t>1</w:t>
      </w:r>
    </w:p>
    <w:p w14:paraId="75177A5E" w14:textId="0019BE16" w:rsidR="00660F7A" w:rsidRDefault="00660F7A" w:rsidP="00660F7A">
      <w:pPr>
        <w:rPr>
          <w:sz w:val="20"/>
        </w:rPr>
      </w:pPr>
      <w:proofErr w:type="spellStart"/>
      <w:r w:rsidRPr="00660F7A">
        <w:rPr>
          <w:b/>
          <w:bCs/>
          <w:sz w:val="20"/>
        </w:rPr>
        <w:t>Seuraava</w:t>
      </w:r>
      <w:proofErr w:type="spellEnd"/>
      <w:r w:rsidRPr="00660F7A">
        <w:rPr>
          <w:b/>
          <w:bCs/>
          <w:sz w:val="20"/>
        </w:rPr>
        <w:t xml:space="preserve"> </w:t>
      </w:r>
      <w:proofErr w:type="spellStart"/>
      <w:r w:rsidRPr="00660F7A">
        <w:rPr>
          <w:b/>
          <w:bCs/>
          <w:sz w:val="20"/>
        </w:rPr>
        <w:t>päivitys</w:t>
      </w:r>
      <w:proofErr w:type="spellEnd"/>
      <w:r w:rsidRPr="00660F7A">
        <w:rPr>
          <w:b/>
          <w:bCs/>
          <w:sz w:val="20"/>
        </w:rPr>
        <w:t>:</w:t>
      </w:r>
      <w:r>
        <w:rPr>
          <w:sz w:val="20"/>
        </w:rPr>
        <w:t xml:space="preserve"> 02/202</w:t>
      </w:r>
      <w:r w:rsidR="00BB79ED">
        <w:rPr>
          <w:sz w:val="20"/>
        </w:rPr>
        <w:t>7</w:t>
      </w:r>
      <w:r w:rsidR="00000000">
        <w:rPr>
          <w:sz w:val="20"/>
        </w:rPr>
        <w:br/>
      </w:r>
    </w:p>
    <w:p w14:paraId="27E84921" w14:textId="3679AE10" w:rsidR="00660F7A" w:rsidRDefault="00000000" w:rsidP="00660F7A">
      <w:pPr>
        <w:rPr>
          <w:sz w:val="20"/>
        </w:rPr>
      </w:pPr>
      <w:r w:rsidRPr="00660F7A">
        <w:rPr>
          <w:b/>
          <w:bCs/>
          <w:sz w:val="20"/>
        </w:rPr>
        <w:t xml:space="preserve">Palveluntuottajan </w:t>
      </w:r>
      <w:proofErr w:type="spellStart"/>
      <w:r w:rsidRPr="00660F7A">
        <w:rPr>
          <w:b/>
          <w:bCs/>
          <w:sz w:val="20"/>
        </w:rPr>
        <w:t>puolesta</w:t>
      </w:r>
      <w:proofErr w:type="spellEnd"/>
      <w:r>
        <w:rPr>
          <w:sz w:val="20"/>
        </w:rPr>
        <w:t>:</w:t>
      </w:r>
    </w:p>
    <w:p w14:paraId="53A3301D" w14:textId="20BE7132" w:rsidR="00660F7A" w:rsidRDefault="00000000" w:rsidP="00660F7A">
      <w:pPr>
        <w:rPr>
          <w:sz w:val="20"/>
        </w:rPr>
      </w:pPr>
      <w:r>
        <w:rPr>
          <w:sz w:val="20"/>
        </w:rPr>
        <w:t>Katja Ikonen, perhekodin johtaja</w:t>
      </w:r>
    </w:p>
    <w:p w14:paraId="10F92804" w14:textId="5C4B665F" w:rsidR="00247EB2" w:rsidRPr="00B714FD" w:rsidRDefault="00000000" w:rsidP="00660F7A">
      <w:pPr>
        <w:rPr>
          <w:sz w:val="20"/>
        </w:rPr>
      </w:pPr>
      <w:r>
        <w:rPr>
          <w:sz w:val="20"/>
        </w:rPr>
        <w:t xml:space="preserve">Jarno Ikonen, </w:t>
      </w:r>
      <w:proofErr w:type="spellStart"/>
      <w:r>
        <w:rPr>
          <w:sz w:val="20"/>
        </w:rPr>
        <w:t>toimitusjohtaja</w:t>
      </w:r>
      <w:proofErr w:type="spellEnd"/>
    </w:p>
    <w:sectPr w:rsidR="00247EB2" w:rsidRPr="00B714FD" w:rsidSect="00034616">
      <w:head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4756C" w14:textId="77777777" w:rsidR="00A70084" w:rsidRDefault="00A70084" w:rsidP="008E0702">
      <w:pPr>
        <w:spacing w:after="0" w:line="240" w:lineRule="auto"/>
      </w:pPr>
      <w:r>
        <w:separator/>
      </w:r>
    </w:p>
  </w:endnote>
  <w:endnote w:type="continuationSeparator" w:id="0">
    <w:p w14:paraId="7D5B0AC3" w14:textId="77777777" w:rsidR="00A70084" w:rsidRDefault="00A70084" w:rsidP="008E0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BA3B0" w14:textId="77777777" w:rsidR="00A70084" w:rsidRDefault="00A70084" w:rsidP="008E0702">
      <w:pPr>
        <w:spacing w:after="0" w:line="240" w:lineRule="auto"/>
      </w:pPr>
      <w:r>
        <w:separator/>
      </w:r>
    </w:p>
  </w:footnote>
  <w:footnote w:type="continuationSeparator" w:id="0">
    <w:p w14:paraId="39565D3A" w14:textId="77777777" w:rsidR="00A70084" w:rsidRDefault="00A70084" w:rsidP="008E07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44DF7" w14:textId="77777777" w:rsidR="008E0702" w:rsidRPr="008E0702" w:rsidRDefault="00000000" w:rsidP="008E0702">
    <w:pPr>
      <w:pStyle w:val="Yltunniste"/>
      <w:tabs>
        <w:tab w:val="clear" w:pos="4680"/>
        <w:tab w:val="clear" w:pos="9360"/>
      </w:tabs>
      <w:jc w:val="center"/>
      <w:rPr>
        <w:color w:val="4F81BD" w:themeColor="accent1"/>
        <w:lang w:val="fi-FI"/>
      </w:rPr>
    </w:pPr>
    <w:sdt>
      <w:sdtPr>
        <w:rPr>
          <w:color w:val="4F81BD" w:themeColor="accent1"/>
          <w:lang w:val="fi-FI"/>
        </w:rPr>
        <w:alias w:val="Otsikko"/>
        <w:tag w:val=""/>
        <w:id w:val="664756013"/>
        <w:placeholder>
          <w:docPart w:val="2F46673A372A4FAA837AF0E1E14C13F9"/>
        </w:placeholder>
        <w:dataBinding w:prefixMappings="xmlns:ns0='http://purl.org/dc/elements/1.1/' xmlns:ns1='http://schemas.openxmlformats.org/package/2006/metadata/core-properties' " w:xpath="/ns1:coreProperties[1]/ns0:title[1]" w:storeItemID="{6C3C8BC8-F283-45AE-878A-BAB7291924A1}"/>
        <w:text/>
      </w:sdtPr>
      <w:sdtContent>
        <w:r w:rsidR="00855762">
          <w:rPr>
            <w:color w:val="4F81BD" w:themeColor="accent1"/>
            <w:lang w:val="fi-FI"/>
          </w:rPr>
          <w:t>Omavalvontasuunnitelma – Perhekoti Nuorisolaiset</w:t>
        </w:r>
      </w:sdtContent>
    </w:sdt>
    <w:r w:rsidR="008E0702">
      <w:rPr>
        <w:color w:val="4F81BD" w:themeColor="accent1"/>
        <w:lang w:val="fi-FI"/>
      </w:rPr>
      <w:t xml:space="preserve"> | </w:t>
    </w:r>
    <w:sdt>
      <w:sdtPr>
        <w:rPr>
          <w:color w:val="4F81BD" w:themeColor="accent1"/>
          <w:lang w:val="fi-FI"/>
        </w:rPr>
        <w:alias w:val="Tekijä"/>
        <w:tag w:val=""/>
        <w:id w:val="-1677181147"/>
        <w:placeholder>
          <w:docPart w:val="C4B1CA125B11481594E460856031C69C"/>
        </w:placeholder>
        <w:dataBinding w:prefixMappings="xmlns:ns0='http://purl.org/dc/elements/1.1/' xmlns:ns1='http://schemas.openxmlformats.org/package/2006/metadata/core-properties' " w:xpath="/ns1:coreProperties[1]/ns0:creator[1]" w:storeItemID="{6C3C8BC8-F283-45AE-878A-BAB7291924A1}"/>
        <w:text/>
      </w:sdtPr>
      <w:sdtContent>
        <w:r w:rsidR="008E0702">
          <w:rPr>
            <w:color w:val="4F81BD" w:themeColor="accent1"/>
            <w:lang w:val="fi-FI"/>
          </w:rPr>
          <w:t>Perhekoti Nuorisolaiset</w:t>
        </w:r>
      </w:sdtContent>
    </w:sdt>
  </w:p>
  <w:p w14:paraId="689FDCDC" w14:textId="77777777" w:rsidR="008E0702" w:rsidRPr="008E0702" w:rsidRDefault="008E0702">
    <w:pPr>
      <w:pStyle w:val="Yltunniste"/>
      <w:rPr>
        <w:lang w:val="fi-FI"/>
      </w:rPr>
    </w:pPr>
    <w:r>
      <w:rPr>
        <w:lang w:val="fi-F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ituluettel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ituluettel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Merkittyluettel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Merkittyluettel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ituluettelo"/>
      <w:lvlText w:val="%1."/>
      <w:lvlJc w:val="left"/>
      <w:pPr>
        <w:tabs>
          <w:tab w:val="num" w:pos="360"/>
        </w:tabs>
        <w:ind w:left="360" w:hanging="360"/>
      </w:pPr>
    </w:lvl>
  </w:abstractNum>
  <w:abstractNum w:abstractNumId="8" w15:restartNumberingAfterBreak="0">
    <w:nsid w:val="FFFFFF89"/>
    <w:multiLevelType w:val="singleLevel"/>
    <w:tmpl w:val="558C5CAE"/>
    <w:lvl w:ilvl="0">
      <w:start w:val="1"/>
      <w:numFmt w:val="bullet"/>
      <w:pStyle w:val="Merkittyluettelo"/>
      <w:lvlText w:val=""/>
      <w:lvlJc w:val="left"/>
      <w:pPr>
        <w:tabs>
          <w:tab w:val="num" w:pos="360"/>
        </w:tabs>
        <w:ind w:left="360" w:hanging="360"/>
      </w:pPr>
      <w:rPr>
        <w:rFonts w:ascii="Symbol" w:hAnsi="Symbol" w:hint="default"/>
      </w:rPr>
    </w:lvl>
  </w:abstractNum>
  <w:abstractNum w:abstractNumId="9" w15:restartNumberingAfterBreak="0">
    <w:nsid w:val="02CE4787"/>
    <w:multiLevelType w:val="multilevel"/>
    <w:tmpl w:val="6D9EA9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5C5E4B"/>
    <w:multiLevelType w:val="multilevel"/>
    <w:tmpl w:val="59627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7741FEB"/>
    <w:multiLevelType w:val="hybridMultilevel"/>
    <w:tmpl w:val="722A29B8"/>
    <w:lvl w:ilvl="0" w:tplc="A6663A20">
      <w:numFmt w:val="bullet"/>
      <w:lvlText w:val="•"/>
      <w:lvlJc w:val="left"/>
      <w:pPr>
        <w:ind w:left="1080" w:hanging="360"/>
      </w:pPr>
      <w:rPr>
        <w:rFonts w:ascii="Arial" w:eastAsiaTheme="minorEastAsia"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0B957B35"/>
    <w:multiLevelType w:val="hybridMultilevel"/>
    <w:tmpl w:val="E0781ACA"/>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3" w15:restartNumberingAfterBreak="0">
    <w:nsid w:val="0C943C18"/>
    <w:multiLevelType w:val="multilevel"/>
    <w:tmpl w:val="29DEA8F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7855C4"/>
    <w:multiLevelType w:val="multilevel"/>
    <w:tmpl w:val="FC60B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4E2F64"/>
    <w:multiLevelType w:val="multilevel"/>
    <w:tmpl w:val="974CB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1395D43"/>
    <w:multiLevelType w:val="multilevel"/>
    <w:tmpl w:val="43465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3C640A8"/>
    <w:multiLevelType w:val="multilevel"/>
    <w:tmpl w:val="76422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55F7F77"/>
    <w:multiLevelType w:val="multilevel"/>
    <w:tmpl w:val="AA609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79D0D18"/>
    <w:multiLevelType w:val="hybridMultilevel"/>
    <w:tmpl w:val="43769A6E"/>
    <w:lvl w:ilvl="0" w:tplc="A6663A20">
      <w:numFmt w:val="bullet"/>
      <w:lvlText w:val="•"/>
      <w:lvlJc w:val="left"/>
      <w:pPr>
        <w:ind w:left="1080" w:hanging="360"/>
      </w:pPr>
      <w:rPr>
        <w:rFonts w:ascii="Arial" w:eastAsiaTheme="minorEastAsia" w:hAnsi="Arial" w:cs="Aria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20" w15:restartNumberingAfterBreak="0">
    <w:nsid w:val="1A710BF6"/>
    <w:multiLevelType w:val="multilevel"/>
    <w:tmpl w:val="295C1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DA91FF6"/>
    <w:multiLevelType w:val="hybridMultilevel"/>
    <w:tmpl w:val="8B4202F2"/>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22" w15:restartNumberingAfterBreak="0">
    <w:nsid w:val="22223845"/>
    <w:multiLevelType w:val="multilevel"/>
    <w:tmpl w:val="EE4A1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5097EB0"/>
    <w:multiLevelType w:val="multilevel"/>
    <w:tmpl w:val="DCAC3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B034886"/>
    <w:multiLevelType w:val="hybridMultilevel"/>
    <w:tmpl w:val="F69ED404"/>
    <w:lvl w:ilvl="0" w:tplc="A6663A20">
      <w:numFmt w:val="bullet"/>
      <w:lvlText w:val="•"/>
      <w:lvlJc w:val="left"/>
      <w:pPr>
        <w:ind w:left="1080" w:hanging="360"/>
      </w:pPr>
      <w:rPr>
        <w:rFonts w:ascii="Arial" w:eastAsiaTheme="minorEastAsia"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2CFC05A6"/>
    <w:multiLevelType w:val="multilevel"/>
    <w:tmpl w:val="A8A69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09B5DB1"/>
    <w:multiLevelType w:val="multilevel"/>
    <w:tmpl w:val="36B4F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9CA431E"/>
    <w:multiLevelType w:val="multilevel"/>
    <w:tmpl w:val="2B34F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E0D3F02"/>
    <w:multiLevelType w:val="hybridMultilevel"/>
    <w:tmpl w:val="E2C66A14"/>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9" w15:restartNumberingAfterBreak="0">
    <w:nsid w:val="3F514A0E"/>
    <w:multiLevelType w:val="multilevel"/>
    <w:tmpl w:val="719290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31B1893"/>
    <w:multiLevelType w:val="multilevel"/>
    <w:tmpl w:val="FB34B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8467816"/>
    <w:multiLevelType w:val="multilevel"/>
    <w:tmpl w:val="56D82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9406529"/>
    <w:multiLevelType w:val="hybridMultilevel"/>
    <w:tmpl w:val="285E14E0"/>
    <w:lvl w:ilvl="0" w:tplc="A6663A20">
      <w:numFmt w:val="bullet"/>
      <w:lvlText w:val="•"/>
      <w:lvlJc w:val="left"/>
      <w:pPr>
        <w:ind w:left="1080" w:hanging="360"/>
      </w:pPr>
      <w:rPr>
        <w:rFonts w:ascii="Arial" w:eastAsiaTheme="minorEastAsia"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3" w15:restartNumberingAfterBreak="0">
    <w:nsid w:val="54EF29FE"/>
    <w:multiLevelType w:val="hybridMultilevel"/>
    <w:tmpl w:val="5E6A80F8"/>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34" w15:restartNumberingAfterBreak="0">
    <w:nsid w:val="63C41E16"/>
    <w:multiLevelType w:val="hybridMultilevel"/>
    <w:tmpl w:val="AF1C3FAC"/>
    <w:lvl w:ilvl="0" w:tplc="A6663A20">
      <w:numFmt w:val="bullet"/>
      <w:lvlText w:val="•"/>
      <w:lvlJc w:val="left"/>
      <w:pPr>
        <w:ind w:left="1080" w:hanging="360"/>
      </w:pPr>
      <w:rPr>
        <w:rFonts w:ascii="Arial" w:eastAsiaTheme="minorEastAsia"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5" w15:restartNumberingAfterBreak="0">
    <w:nsid w:val="66BD3127"/>
    <w:multiLevelType w:val="hybridMultilevel"/>
    <w:tmpl w:val="A52C377E"/>
    <w:lvl w:ilvl="0" w:tplc="A6663A20">
      <w:numFmt w:val="bullet"/>
      <w:lvlText w:val="•"/>
      <w:lvlJc w:val="left"/>
      <w:pPr>
        <w:ind w:left="1080" w:hanging="360"/>
      </w:pPr>
      <w:rPr>
        <w:rFonts w:ascii="Arial" w:eastAsiaTheme="minorEastAsia"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6" w15:restartNumberingAfterBreak="0">
    <w:nsid w:val="6CE67D8B"/>
    <w:multiLevelType w:val="multilevel"/>
    <w:tmpl w:val="473070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F02BD0"/>
    <w:multiLevelType w:val="multilevel"/>
    <w:tmpl w:val="EA820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471942"/>
    <w:multiLevelType w:val="hybridMultilevel"/>
    <w:tmpl w:val="5262E3C0"/>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39" w15:restartNumberingAfterBreak="0">
    <w:nsid w:val="713E229C"/>
    <w:multiLevelType w:val="multilevel"/>
    <w:tmpl w:val="0BF28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EA607D"/>
    <w:multiLevelType w:val="multilevel"/>
    <w:tmpl w:val="CABAD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026388"/>
    <w:multiLevelType w:val="multilevel"/>
    <w:tmpl w:val="5330D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1F48F7"/>
    <w:multiLevelType w:val="hybridMultilevel"/>
    <w:tmpl w:val="FD1A60E0"/>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43" w15:restartNumberingAfterBreak="0">
    <w:nsid w:val="7CB163D7"/>
    <w:multiLevelType w:val="hybridMultilevel"/>
    <w:tmpl w:val="EBAA8E3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4" w15:restartNumberingAfterBreak="0">
    <w:nsid w:val="7FB76E46"/>
    <w:multiLevelType w:val="multilevel"/>
    <w:tmpl w:val="6958A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383914">
    <w:abstractNumId w:val="8"/>
  </w:num>
  <w:num w:numId="2" w16cid:durableId="942106807">
    <w:abstractNumId w:val="6"/>
  </w:num>
  <w:num w:numId="3" w16cid:durableId="551311640">
    <w:abstractNumId w:val="5"/>
  </w:num>
  <w:num w:numId="4" w16cid:durableId="839471103">
    <w:abstractNumId w:val="4"/>
  </w:num>
  <w:num w:numId="5" w16cid:durableId="283082268">
    <w:abstractNumId w:val="7"/>
  </w:num>
  <w:num w:numId="6" w16cid:durableId="299966950">
    <w:abstractNumId w:val="3"/>
  </w:num>
  <w:num w:numId="7" w16cid:durableId="2047752766">
    <w:abstractNumId w:val="2"/>
  </w:num>
  <w:num w:numId="8" w16cid:durableId="417792278">
    <w:abstractNumId w:val="1"/>
  </w:num>
  <w:num w:numId="9" w16cid:durableId="166362071">
    <w:abstractNumId w:val="0"/>
  </w:num>
  <w:num w:numId="10" w16cid:durableId="383603456">
    <w:abstractNumId w:val="40"/>
  </w:num>
  <w:num w:numId="11" w16cid:durableId="1482847178">
    <w:abstractNumId w:val="10"/>
  </w:num>
  <w:num w:numId="12" w16cid:durableId="55666519">
    <w:abstractNumId w:val="22"/>
  </w:num>
  <w:num w:numId="13" w16cid:durableId="271595897">
    <w:abstractNumId w:val="30"/>
  </w:num>
  <w:num w:numId="14" w16cid:durableId="1519817">
    <w:abstractNumId w:val="14"/>
  </w:num>
  <w:num w:numId="15" w16cid:durableId="1634486293">
    <w:abstractNumId w:val="27"/>
  </w:num>
  <w:num w:numId="16" w16cid:durableId="213155245">
    <w:abstractNumId w:val="44"/>
  </w:num>
  <w:num w:numId="17" w16cid:durableId="1736472839">
    <w:abstractNumId w:val="16"/>
  </w:num>
  <w:num w:numId="18" w16cid:durableId="2068987803">
    <w:abstractNumId w:val="31"/>
  </w:num>
  <w:num w:numId="19" w16cid:durableId="882180684">
    <w:abstractNumId w:val="39"/>
  </w:num>
  <w:num w:numId="20" w16cid:durableId="167256603">
    <w:abstractNumId w:val="41"/>
  </w:num>
  <w:num w:numId="21" w16cid:durableId="1514490884">
    <w:abstractNumId w:val="25"/>
  </w:num>
  <w:num w:numId="22" w16cid:durableId="253786381">
    <w:abstractNumId w:val="37"/>
  </w:num>
  <w:num w:numId="23" w16cid:durableId="583687651">
    <w:abstractNumId w:val="26"/>
  </w:num>
  <w:num w:numId="24" w16cid:durableId="1934624028">
    <w:abstractNumId w:val="13"/>
  </w:num>
  <w:num w:numId="25" w16cid:durableId="1571500674">
    <w:abstractNumId w:val="9"/>
  </w:num>
  <w:num w:numId="26" w16cid:durableId="681860546">
    <w:abstractNumId w:val="36"/>
  </w:num>
  <w:num w:numId="27" w16cid:durableId="1997416691">
    <w:abstractNumId w:val="18"/>
  </w:num>
  <w:num w:numId="28" w16cid:durableId="29384694">
    <w:abstractNumId w:val="17"/>
  </w:num>
  <w:num w:numId="29" w16cid:durableId="840126355">
    <w:abstractNumId w:val="23"/>
  </w:num>
  <w:num w:numId="30" w16cid:durableId="814877253">
    <w:abstractNumId w:val="15"/>
  </w:num>
  <w:num w:numId="31" w16cid:durableId="800422521">
    <w:abstractNumId w:val="20"/>
  </w:num>
  <w:num w:numId="32" w16cid:durableId="139226565">
    <w:abstractNumId w:val="29"/>
  </w:num>
  <w:num w:numId="33" w16cid:durableId="304746167">
    <w:abstractNumId w:val="28"/>
  </w:num>
  <w:num w:numId="34" w16cid:durableId="54283472">
    <w:abstractNumId w:val="42"/>
  </w:num>
  <w:num w:numId="35" w16cid:durableId="515735070">
    <w:abstractNumId w:val="21"/>
  </w:num>
  <w:num w:numId="36" w16cid:durableId="88164359">
    <w:abstractNumId w:val="38"/>
  </w:num>
  <w:num w:numId="37" w16cid:durableId="825972914">
    <w:abstractNumId w:val="43"/>
  </w:num>
  <w:num w:numId="38" w16cid:durableId="1739593469">
    <w:abstractNumId w:val="12"/>
  </w:num>
  <w:num w:numId="39" w16cid:durableId="1272280257">
    <w:abstractNumId w:val="33"/>
  </w:num>
  <w:num w:numId="40" w16cid:durableId="1220629631">
    <w:abstractNumId w:val="19"/>
  </w:num>
  <w:num w:numId="41" w16cid:durableId="1096485289">
    <w:abstractNumId w:val="32"/>
  </w:num>
  <w:num w:numId="42" w16cid:durableId="1130976842">
    <w:abstractNumId w:val="24"/>
  </w:num>
  <w:num w:numId="43" w16cid:durableId="1895192050">
    <w:abstractNumId w:val="35"/>
  </w:num>
  <w:num w:numId="44" w16cid:durableId="696780498">
    <w:abstractNumId w:val="34"/>
  </w:num>
  <w:num w:numId="45" w16cid:durableId="11759219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76D6"/>
    <w:rsid w:val="000A2971"/>
    <w:rsid w:val="000B2F43"/>
    <w:rsid w:val="000B370B"/>
    <w:rsid w:val="00114CFD"/>
    <w:rsid w:val="0015074B"/>
    <w:rsid w:val="0017674F"/>
    <w:rsid w:val="001840E9"/>
    <w:rsid w:val="001B6376"/>
    <w:rsid w:val="001D368F"/>
    <w:rsid w:val="001D4935"/>
    <w:rsid w:val="001D6D8D"/>
    <w:rsid w:val="00222133"/>
    <w:rsid w:val="00232783"/>
    <w:rsid w:val="00247EB2"/>
    <w:rsid w:val="002901AD"/>
    <w:rsid w:val="0029639D"/>
    <w:rsid w:val="002C48F0"/>
    <w:rsid w:val="002C702D"/>
    <w:rsid w:val="00326F90"/>
    <w:rsid w:val="00353067"/>
    <w:rsid w:val="00367DEE"/>
    <w:rsid w:val="00383359"/>
    <w:rsid w:val="003A00FE"/>
    <w:rsid w:val="003A0920"/>
    <w:rsid w:val="00427D6A"/>
    <w:rsid w:val="0044363F"/>
    <w:rsid w:val="004C1A20"/>
    <w:rsid w:val="004E7C59"/>
    <w:rsid w:val="0052470F"/>
    <w:rsid w:val="005611E7"/>
    <w:rsid w:val="0056543D"/>
    <w:rsid w:val="005B34BC"/>
    <w:rsid w:val="005B43AC"/>
    <w:rsid w:val="005E3752"/>
    <w:rsid w:val="00600150"/>
    <w:rsid w:val="006364E0"/>
    <w:rsid w:val="00660F7A"/>
    <w:rsid w:val="00691230"/>
    <w:rsid w:val="006B2422"/>
    <w:rsid w:val="00775160"/>
    <w:rsid w:val="007B01EB"/>
    <w:rsid w:val="008071E7"/>
    <w:rsid w:val="00832349"/>
    <w:rsid w:val="00855762"/>
    <w:rsid w:val="008624F3"/>
    <w:rsid w:val="00873F9E"/>
    <w:rsid w:val="00884942"/>
    <w:rsid w:val="008B59A8"/>
    <w:rsid w:val="008C0C1C"/>
    <w:rsid w:val="008D1F2C"/>
    <w:rsid w:val="008E0702"/>
    <w:rsid w:val="00904280"/>
    <w:rsid w:val="009A4EAE"/>
    <w:rsid w:val="009C18DA"/>
    <w:rsid w:val="00A029E9"/>
    <w:rsid w:val="00A60C72"/>
    <w:rsid w:val="00A70084"/>
    <w:rsid w:val="00AA1D8D"/>
    <w:rsid w:val="00B26756"/>
    <w:rsid w:val="00B47730"/>
    <w:rsid w:val="00B5324D"/>
    <w:rsid w:val="00B70874"/>
    <w:rsid w:val="00B714FD"/>
    <w:rsid w:val="00B90690"/>
    <w:rsid w:val="00BB79ED"/>
    <w:rsid w:val="00C30152"/>
    <w:rsid w:val="00C45D1B"/>
    <w:rsid w:val="00C47F3F"/>
    <w:rsid w:val="00C626EA"/>
    <w:rsid w:val="00CB0664"/>
    <w:rsid w:val="00CF48B3"/>
    <w:rsid w:val="00D14E01"/>
    <w:rsid w:val="00DB2915"/>
    <w:rsid w:val="00DB3B74"/>
    <w:rsid w:val="00DC125E"/>
    <w:rsid w:val="00DC3744"/>
    <w:rsid w:val="00E1147B"/>
    <w:rsid w:val="00E879F4"/>
    <w:rsid w:val="00E96948"/>
    <w:rsid w:val="00EA6CE0"/>
    <w:rsid w:val="00EC38BA"/>
    <w:rsid w:val="00ED09F4"/>
    <w:rsid w:val="00ED1775"/>
    <w:rsid w:val="00EE47E8"/>
    <w:rsid w:val="00F75DEA"/>
    <w:rsid w:val="00F83174"/>
    <w:rsid w:val="00FA494F"/>
    <w:rsid w:val="00FC3705"/>
    <w:rsid w:val="00FC693F"/>
    <w:rsid w:val="00FD27D6"/>
    <w:rsid w:val="00FD493B"/>
    <w:rsid w:val="00FE32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66EA97A"/>
  <w14:defaultImageDpi w14:val="330"/>
  <w15:docId w15:val="{696BF972-1D89-46BB-A1CD-AA1CE0239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FC693F"/>
    <w:rPr>
      <w:rFonts w:ascii="Arial" w:hAnsi="Arial"/>
    </w:rPr>
  </w:style>
  <w:style w:type="paragraph" w:styleId="Otsikko1">
    <w:name w:val="heading 1"/>
    <w:basedOn w:val="Normaali"/>
    <w:next w:val="Normaali"/>
    <w:link w:val="Otsikk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tsikko2">
    <w:name w:val="heading 2"/>
    <w:basedOn w:val="Normaali"/>
    <w:next w:val="Normaali"/>
    <w:link w:val="Otsikk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tsikko3">
    <w:name w:val="heading 3"/>
    <w:basedOn w:val="Normaali"/>
    <w:next w:val="Normaali"/>
    <w:link w:val="Otsikk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tsikko4">
    <w:name w:val="heading 4"/>
    <w:basedOn w:val="Normaali"/>
    <w:next w:val="Normaali"/>
    <w:link w:val="Otsikk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tsikko5">
    <w:name w:val="heading 5"/>
    <w:basedOn w:val="Normaali"/>
    <w:next w:val="Normaali"/>
    <w:link w:val="Otsikk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tsikko6">
    <w:name w:val="heading 6"/>
    <w:basedOn w:val="Normaali"/>
    <w:next w:val="Normaali"/>
    <w:link w:val="Otsikk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tsikko7">
    <w:name w:val="heading 7"/>
    <w:basedOn w:val="Normaali"/>
    <w:next w:val="Normaali"/>
    <w:link w:val="Otsikk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tsikko8">
    <w:name w:val="heading 8"/>
    <w:basedOn w:val="Normaali"/>
    <w:next w:val="Normaali"/>
    <w:link w:val="Otsikk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tsikko9">
    <w:name w:val="heading 9"/>
    <w:basedOn w:val="Normaali"/>
    <w:next w:val="Normaali"/>
    <w:link w:val="Otsikk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E618BF"/>
    <w:pPr>
      <w:tabs>
        <w:tab w:val="center" w:pos="4680"/>
        <w:tab w:val="right" w:pos="9360"/>
      </w:tabs>
      <w:spacing w:after="0" w:line="240" w:lineRule="auto"/>
    </w:pPr>
  </w:style>
  <w:style w:type="character" w:customStyle="1" w:styleId="YltunnisteChar">
    <w:name w:val="Ylätunniste Char"/>
    <w:basedOn w:val="Kappaleenoletusfontti"/>
    <w:link w:val="Yltunniste"/>
    <w:uiPriority w:val="99"/>
    <w:rsid w:val="00E618BF"/>
  </w:style>
  <w:style w:type="paragraph" w:styleId="Alatunniste">
    <w:name w:val="footer"/>
    <w:basedOn w:val="Normaali"/>
    <w:link w:val="AlatunnisteChar"/>
    <w:uiPriority w:val="99"/>
    <w:unhideWhenUsed/>
    <w:rsid w:val="00E618BF"/>
    <w:pPr>
      <w:tabs>
        <w:tab w:val="center" w:pos="4680"/>
        <w:tab w:val="right" w:pos="9360"/>
      </w:tabs>
      <w:spacing w:after="0" w:line="240" w:lineRule="auto"/>
    </w:pPr>
  </w:style>
  <w:style w:type="character" w:customStyle="1" w:styleId="AlatunnisteChar">
    <w:name w:val="Alatunniste Char"/>
    <w:basedOn w:val="Kappaleenoletusfontti"/>
    <w:link w:val="Alatunniste"/>
    <w:uiPriority w:val="99"/>
    <w:rsid w:val="00E618BF"/>
  </w:style>
  <w:style w:type="paragraph" w:styleId="Eivli">
    <w:name w:val="No Spacing"/>
    <w:uiPriority w:val="1"/>
    <w:qFormat/>
    <w:rsid w:val="00FC693F"/>
    <w:pPr>
      <w:spacing w:after="0" w:line="240" w:lineRule="auto"/>
    </w:pPr>
  </w:style>
  <w:style w:type="character" w:customStyle="1" w:styleId="Otsikko1Char">
    <w:name w:val="Otsikko 1 Char"/>
    <w:basedOn w:val="Kappaleenoletusfontti"/>
    <w:link w:val="Otsikk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tsikko2Char">
    <w:name w:val="Otsikko 2 Char"/>
    <w:basedOn w:val="Kappaleenoletusfontti"/>
    <w:link w:val="Otsikko2"/>
    <w:uiPriority w:val="9"/>
    <w:rsid w:val="00FC693F"/>
    <w:rPr>
      <w:rFonts w:asciiTheme="majorHAnsi" w:eastAsiaTheme="majorEastAsia" w:hAnsiTheme="majorHAnsi" w:cstheme="majorBidi"/>
      <w:b/>
      <w:bCs/>
      <w:color w:val="4F81BD" w:themeColor="accent1"/>
      <w:sz w:val="26"/>
      <w:szCs w:val="26"/>
    </w:rPr>
  </w:style>
  <w:style w:type="character" w:customStyle="1" w:styleId="Otsikko3Char">
    <w:name w:val="Otsikko 3 Char"/>
    <w:basedOn w:val="Kappaleenoletusfontti"/>
    <w:link w:val="Otsikko3"/>
    <w:uiPriority w:val="9"/>
    <w:rsid w:val="00FC693F"/>
    <w:rPr>
      <w:rFonts w:asciiTheme="majorHAnsi" w:eastAsiaTheme="majorEastAsia" w:hAnsiTheme="majorHAnsi" w:cstheme="majorBidi"/>
      <w:b/>
      <w:bCs/>
      <w:color w:val="4F81BD" w:themeColor="accent1"/>
    </w:rPr>
  </w:style>
  <w:style w:type="paragraph" w:styleId="Otsikko">
    <w:name w:val="Title"/>
    <w:basedOn w:val="Normaali"/>
    <w:next w:val="Normaali"/>
    <w:link w:val="Otsikk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OtsikkoChar">
    <w:name w:val="Otsikko Char"/>
    <w:basedOn w:val="Kappaleenoletusfontti"/>
    <w:link w:val="Otsikk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aotsikko">
    <w:name w:val="Subtitle"/>
    <w:basedOn w:val="Normaali"/>
    <w:next w:val="Normaali"/>
    <w:link w:val="Alaotsikk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aotsikkoChar">
    <w:name w:val="Alaotsikko Char"/>
    <w:basedOn w:val="Kappaleenoletusfontti"/>
    <w:link w:val="Alaotsikko"/>
    <w:uiPriority w:val="11"/>
    <w:rsid w:val="00FC693F"/>
    <w:rPr>
      <w:rFonts w:asciiTheme="majorHAnsi" w:eastAsiaTheme="majorEastAsia" w:hAnsiTheme="majorHAnsi" w:cstheme="majorBidi"/>
      <w:i/>
      <w:iCs/>
      <w:color w:val="4F81BD" w:themeColor="accent1"/>
      <w:spacing w:val="15"/>
      <w:sz w:val="24"/>
      <w:szCs w:val="24"/>
    </w:rPr>
  </w:style>
  <w:style w:type="paragraph" w:styleId="Luettelokappale">
    <w:name w:val="List Paragraph"/>
    <w:basedOn w:val="Normaali"/>
    <w:uiPriority w:val="34"/>
    <w:qFormat/>
    <w:rsid w:val="00FC693F"/>
    <w:pPr>
      <w:ind w:left="720"/>
      <w:contextualSpacing/>
    </w:pPr>
  </w:style>
  <w:style w:type="paragraph" w:styleId="Leipteksti">
    <w:name w:val="Body Text"/>
    <w:basedOn w:val="Normaali"/>
    <w:link w:val="LeiptekstiChar"/>
    <w:uiPriority w:val="99"/>
    <w:unhideWhenUsed/>
    <w:rsid w:val="00AA1D8D"/>
    <w:pPr>
      <w:spacing w:after="120"/>
    </w:pPr>
  </w:style>
  <w:style w:type="character" w:customStyle="1" w:styleId="LeiptekstiChar">
    <w:name w:val="Leipäteksti Char"/>
    <w:basedOn w:val="Kappaleenoletusfontti"/>
    <w:link w:val="Leipteksti"/>
    <w:uiPriority w:val="99"/>
    <w:rsid w:val="00AA1D8D"/>
  </w:style>
  <w:style w:type="paragraph" w:styleId="Leipteksti2">
    <w:name w:val="Body Text 2"/>
    <w:basedOn w:val="Normaali"/>
    <w:link w:val="Leipteksti2Char"/>
    <w:uiPriority w:val="99"/>
    <w:unhideWhenUsed/>
    <w:rsid w:val="00AA1D8D"/>
    <w:pPr>
      <w:spacing w:after="120" w:line="480" w:lineRule="auto"/>
    </w:pPr>
  </w:style>
  <w:style w:type="character" w:customStyle="1" w:styleId="Leipteksti2Char">
    <w:name w:val="Leipäteksti 2 Char"/>
    <w:basedOn w:val="Kappaleenoletusfontti"/>
    <w:link w:val="Leipteksti2"/>
    <w:uiPriority w:val="99"/>
    <w:rsid w:val="00AA1D8D"/>
  </w:style>
  <w:style w:type="paragraph" w:styleId="Leipteksti3">
    <w:name w:val="Body Text 3"/>
    <w:basedOn w:val="Normaali"/>
    <w:link w:val="Leipteksti3Char"/>
    <w:uiPriority w:val="99"/>
    <w:unhideWhenUsed/>
    <w:rsid w:val="00AA1D8D"/>
    <w:pPr>
      <w:spacing w:after="120"/>
    </w:pPr>
    <w:rPr>
      <w:sz w:val="16"/>
      <w:szCs w:val="16"/>
    </w:rPr>
  </w:style>
  <w:style w:type="character" w:customStyle="1" w:styleId="Leipteksti3Char">
    <w:name w:val="Leipäteksti 3 Char"/>
    <w:basedOn w:val="Kappaleenoletusfontti"/>
    <w:link w:val="Leipteksti3"/>
    <w:uiPriority w:val="99"/>
    <w:rsid w:val="00AA1D8D"/>
    <w:rPr>
      <w:sz w:val="16"/>
      <w:szCs w:val="16"/>
    </w:rPr>
  </w:style>
  <w:style w:type="paragraph" w:styleId="Luettelo">
    <w:name w:val="List"/>
    <w:basedOn w:val="Normaali"/>
    <w:uiPriority w:val="99"/>
    <w:unhideWhenUsed/>
    <w:rsid w:val="00AA1D8D"/>
    <w:pPr>
      <w:ind w:left="360" w:hanging="360"/>
      <w:contextualSpacing/>
    </w:pPr>
  </w:style>
  <w:style w:type="paragraph" w:styleId="Luettelo2">
    <w:name w:val="List 2"/>
    <w:basedOn w:val="Normaali"/>
    <w:uiPriority w:val="99"/>
    <w:unhideWhenUsed/>
    <w:rsid w:val="00326F90"/>
    <w:pPr>
      <w:ind w:left="720" w:hanging="360"/>
      <w:contextualSpacing/>
    </w:pPr>
  </w:style>
  <w:style w:type="paragraph" w:styleId="Luettelo3">
    <w:name w:val="List 3"/>
    <w:basedOn w:val="Normaali"/>
    <w:uiPriority w:val="99"/>
    <w:unhideWhenUsed/>
    <w:rsid w:val="00326F90"/>
    <w:pPr>
      <w:ind w:left="1080" w:hanging="360"/>
      <w:contextualSpacing/>
    </w:pPr>
  </w:style>
  <w:style w:type="paragraph" w:styleId="Merkittyluettelo">
    <w:name w:val="List Bullet"/>
    <w:basedOn w:val="Normaali"/>
    <w:uiPriority w:val="99"/>
    <w:unhideWhenUsed/>
    <w:rsid w:val="00326F90"/>
    <w:pPr>
      <w:numPr>
        <w:numId w:val="1"/>
      </w:numPr>
      <w:contextualSpacing/>
    </w:pPr>
  </w:style>
  <w:style w:type="paragraph" w:styleId="Merkittyluettelo2">
    <w:name w:val="List Bullet 2"/>
    <w:basedOn w:val="Normaali"/>
    <w:uiPriority w:val="99"/>
    <w:unhideWhenUsed/>
    <w:rsid w:val="00326F90"/>
    <w:pPr>
      <w:numPr>
        <w:numId w:val="2"/>
      </w:numPr>
      <w:contextualSpacing/>
    </w:pPr>
  </w:style>
  <w:style w:type="paragraph" w:styleId="Merkittyluettelo3">
    <w:name w:val="List Bullet 3"/>
    <w:basedOn w:val="Normaali"/>
    <w:uiPriority w:val="99"/>
    <w:unhideWhenUsed/>
    <w:rsid w:val="00326F90"/>
    <w:pPr>
      <w:numPr>
        <w:numId w:val="3"/>
      </w:numPr>
      <w:contextualSpacing/>
    </w:pPr>
  </w:style>
  <w:style w:type="paragraph" w:styleId="Numeroituluettelo">
    <w:name w:val="List Number"/>
    <w:basedOn w:val="Normaali"/>
    <w:uiPriority w:val="99"/>
    <w:unhideWhenUsed/>
    <w:rsid w:val="00326F90"/>
    <w:pPr>
      <w:numPr>
        <w:numId w:val="5"/>
      </w:numPr>
      <w:contextualSpacing/>
    </w:pPr>
  </w:style>
  <w:style w:type="paragraph" w:styleId="Numeroituluettelo2">
    <w:name w:val="List Number 2"/>
    <w:basedOn w:val="Normaali"/>
    <w:uiPriority w:val="99"/>
    <w:unhideWhenUsed/>
    <w:rsid w:val="0029639D"/>
    <w:pPr>
      <w:numPr>
        <w:numId w:val="6"/>
      </w:numPr>
      <w:contextualSpacing/>
    </w:pPr>
  </w:style>
  <w:style w:type="paragraph" w:styleId="Numeroituluettelo3">
    <w:name w:val="List Number 3"/>
    <w:basedOn w:val="Normaali"/>
    <w:uiPriority w:val="99"/>
    <w:unhideWhenUsed/>
    <w:rsid w:val="0029639D"/>
    <w:pPr>
      <w:numPr>
        <w:numId w:val="7"/>
      </w:numPr>
      <w:contextualSpacing/>
    </w:pPr>
  </w:style>
  <w:style w:type="paragraph" w:styleId="Jatkoluettelo">
    <w:name w:val="List Continue"/>
    <w:basedOn w:val="Normaali"/>
    <w:uiPriority w:val="99"/>
    <w:unhideWhenUsed/>
    <w:rsid w:val="0029639D"/>
    <w:pPr>
      <w:spacing w:after="120"/>
      <w:ind w:left="360"/>
      <w:contextualSpacing/>
    </w:pPr>
  </w:style>
  <w:style w:type="paragraph" w:styleId="Jatkoluettelo2">
    <w:name w:val="List Continue 2"/>
    <w:basedOn w:val="Normaali"/>
    <w:uiPriority w:val="99"/>
    <w:unhideWhenUsed/>
    <w:rsid w:val="0029639D"/>
    <w:pPr>
      <w:spacing w:after="120"/>
      <w:ind w:left="720"/>
      <w:contextualSpacing/>
    </w:pPr>
  </w:style>
  <w:style w:type="paragraph" w:styleId="Jatkoluettelo3">
    <w:name w:val="List Continue 3"/>
    <w:basedOn w:val="Normaali"/>
    <w:uiPriority w:val="99"/>
    <w:unhideWhenUsed/>
    <w:rsid w:val="0029639D"/>
    <w:pPr>
      <w:spacing w:after="120"/>
      <w:ind w:left="1080"/>
      <w:contextualSpacing/>
    </w:pPr>
  </w:style>
  <w:style w:type="paragraph" w:styleId="Makroteksti">
    <w:name w:val="macro"/>
    <w:link w:val="Makrotekst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iChar">
    <w:name w:val="Makroteksti Char"/>
    <w:basedOn w:val="Kappaleenoletusfontti"/>
    <w:link w:val="Makroteksti"/>
    <w:uiPriority w:val="99"/>
    <w:rsid w:val="0029639D"/>
    <w:rPr>
      <w:rFonts w:ascii="Courier" w:hAnsi="Courier"/>
      <w:sz w:val="20"/>
      <w:szCs w:val="20"/>
    </w:rPr>
  </w:style>
  <w:style w:type="paragraph" w:styleId="Lainaus">
    <w:name w:val="Quote"/>
    <w:basedOn w:val="Normaali"/>
    <w:next w:val="Normaali"/>
    <w:link w:val="LainausChar"/>
    <w:uiPriority w:val="29"/>
    <w:qFormat/>
    <w:rsid w:val="00FC693F"/>
    <w:rPr>
      <w:i/>
      <w:iCs/>
      <w:color w:val="000000" w:themeColor="text1"/>
    </w:rPr>
  </w:style>
  <w:style w:type="character" w:customStyle="1" w:styleId="LainausChar">
    <w:name w:val="Lainaus Char"/>
    <w:basedOn w:val="Kappaleenoletusfontti"/>
    <w:link w:val="Lainaus"/>
    <w:uiPriority w:val="29"/>
    <w:rsid w:val="00FC693F"/>
    <w:rPr>
      <w:i/>
      <w:iCs/>
      <w:color w:val="000000" w:themeColor="text1"/>
    </w:rPr>
  </w:style>
  <w:style w:type="character" w:customStyle="1" w:styleId="Otsikko4Char">
    <w:name w:val="Otsikko 4 Char"/>
    <w:basedOn w:val="Kappaleenoletusfontti"/>
    <w:link w:val="Otsikko4"/>
    <w:uiPriority w:val="9"/>
    <w:semiHidden/>
    <w:rsid w:val="00FC693F"/>
    <w:rPr>
      <w:rFonts w:asciiTheme="majorHAnsi" w:eastAsiaTheme="majorEastAsia" w:hAnsiTheme="majorHAnsi" w:cstheme="majorBidi"/>
      <w:b/>
      <w:bCs/>
      <w:i/>
      <w:iCs/>
      <w:color w:val="4F81BD" w:themeColor="accent1"/>
    </w:rPr>
  </w:style>
  <w:style w:type="character" w:customStyle="1" w:styleId="Otsikko5Char">
    <w:name w:val="Otsikko 5 Char"/>
    <w:basedOn w:val="Kappaleenoletusfontti"/>
    <w:link w:val="Otsikko5"/>
    <w:uiPriority w:val="9"/>
    <w:semiHidden/>
    <w:rsid w:val="00FC693F"/>
    <w:rPr>
      <w:rFonts w:asciiTheme="majorHAnsi" w:eastAsiaTheme="majorEastAsia" w:hAnsiTheme="majorHAnsi" w:cstheme="majorBidi"/>
      <w:color w:val="243F60" w:themeColor="accent1" w:themeShade="7F"/>
    </w:rPr>
  </w:style>
  <w:style w:type="character" w:customStyle="1" w:styleId="Otsikko6Char">
    <w:name w:val="Otsikko 6 Char"/>
    <w:basedOn w:val="Kappaleenoletusfontti"/>
    <w:link w:val="Otsikko6"/>
    <w:uiPriority w:val="9"/>
    <w:semiHidden/>
    <w:rsid w:val="00FC693F"/>
    <w:rPr>
      <w:rFonts w:asciiTheme="majorHAnsi" w:eastAsiaTheme="majorEastAsia" w:hAnsiTheme="majorHAnsi" w:cstheme="majorBidi"/>
      <w:i/>
      <w:iCs/>
      <w:color w:val="243F60" w:themeColor="accent1" w:themeShade="7F"/>
    </w:rPr>
  </w:style>
  <w:style w:type="character" w:customStyle="1" w:styleId="Otsikko7Char">
    <w:name w:val="Otsikko 7 Char"/>
    <w:basedOn w:val="Kappaleenoletusfontti"/>
    <w:link w:val="Otsikko7"/>
    <w:uiPriority w:val="9"/>
    <w:semiHidden/>
    <w:rsid w:val="00FC693F"/>
    <w:rPr>
      <w:rFonts w:asciiTheme="majorHAnsi" w:eastAsiaTheme="majorEastAsia" w:hAnsiTheme="majorHAnsi" w:cstheme="majorBidi"/>
      <w:i/>
      <w:iCs/>
      <w:color w:val="404040" w:themeColor="text1" w:themeTint="BF"/>
    </w:rPr>
  </w:style>
  <w:style w:type="character" w:customStyle="1" w:styleId="Otsikko8Char">
    <w:name w:val="Otsikko 8 Char"/>
    <w:basedOn w:val="Kappaleenoletusfontti"/>
    <w:link w:val="Otsikko8"/>
    <w:uiPriority w:val="9"/>
    <w:semiHidden/>
    <w:rsid w:val="00FC693F"/>
    <w:rPr>
      <w:rFonts w:asciiTheme="majorHAnsi" w:eastAsiaTheme="majorEastAsia" w:hAnsiTheme="majorHAnsi" w:cstheme="majorBidi"/>
      <w:color w:val="4F81BD" w:themeColor="accent1"/>
      <w:sz w:val="20"/>
      <w:szCs w:val="20"/>
    </w:rPr>
  </w:style>
  <w:style w:type="character" w:customStyle="1" w:styleId="Otsikko9Char">
    <w:name w:val="Otsikko 9 Char"/>
    <w:basedOn w:val="Kappaleenoletusfontti"/>
    <w:link w:val="Otsikko9"/>
    <w:uiPriority w:val="9"/>
    <w:semiHidden/>
    <w:rsid w:val="00FC693F"/>
    <w:rPr>
      <w:rFonts w:asciiTheme="majorHAnsi" w:eastAsiaTheme="majorEastAsia" w:hAnsiTheme="majorHAnsi" w:cstheme="majorBidi"/>
      <w:i/>
      <w:iCs/>
      <w:color w:val="404040" w:themeColor="text1" w:themeTint="BF"/>
      <w:sz w:val="20"/>
      <w:szCs w:val="20"/>
    </w:rPr>
  </w:style>
  <w:style w:type="paragraph" w:styleId="Kuvaotsikko">
    <w:name w:val="caption"/>
    <w:basedOn w:val="Normaali"/>
    <w:next w:val="Normaali"/>
    <w:uiPriority w:val="35"/>
    <w:semiHidden/>
    <w:unhideWhenUsed/>
    <w:qFormat/>
    <w:rsid w:val="00FC693F"/>
    <w:pPr>
      <w:spacing w:line="240" w:lineRule="auto"/>
    </w:pPr>
    <w:rPr>
      <w:b/>
      <w:bCs/>
      <w:color w:val="4F81BD" w:themeColor="accent1"/>
      <w:sz w:val="18"/>
      <w:szCs w:val="18"/>
    </w:rPr>
  </w:style>
  <w:style w:type="character" w:styleId="Voimakas">
    <w:name w:val="Strong"/>
    <w:basedOn w:val="Kappaleenoletusfontti"/>
    <w:uiPriority w:val="22"/>
    <w:qFormat/>
    <w:rsid w:val="00FC693F"/>
    <w:rPr>
      <w:b/>
      <w:bCs/>
    </w:rPr>
  </w:style>
  <w:style w:type="character" w:styleId="Korostus">
    <w:name w:val="Emphasis"/>
    <w:basedOn w:val="Kappaleenoletusfontti"/>
    <w:uiPriority w:val="20"/>
    <w:qFormat/>
    <w:rsid w:val="00FC693F"/>
    <w:rPr>
      <w:i/>
      <w:iCs/>
    </w:rPr>
  </w:style>
  <w:style w:type="paragraph" w:styleId="Erottuvalainaus">
    <w:name w:val="Intense Quote"/>
    <w:basedOn w:val="Normaali"/>
    <w:next w:val="Normaali"/>
    <w:link w:val="Erottuvalainaus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ErottuvalainausChar">
    <w:name w:val="Erottuva lainaus Char"/>
    <w:basedOn w:val="Kappaleenoletusfontti"/>
    <w:link w:val="Erottuvalainaus"/>
    <w:uiPriority w:val="30"/>
    <w:rsid w:val="00FC693F"/>
    <w:rPr>
      <w:b/>
      <w:bCs/>
      <w:i/>
      <w:iCs/>
      <w:color w:val="4F81BD" w:themeColor="accent1"/>
    </w:rPr>
  </w:style>
  <w:style w:type="character" w:styleId="Hienovarainenkorostus">
    <w:name w:val="Subtle Emphasis"/>
    <w:basedOn w:val="Kappaleenoletusfontti"/>
    <w:uiPriority w:val="19"/>
    <w:qFormat/>
    <w:rsid w:val="00FC693F"/>
    <w:rPr>
      <w:i/>
      <w:iCs/>
      <w:color w:val="808080" w:themeColor="text1" w:themeTint="7F"/>
    </w:rPr>
  </w:style>
  <w:style w:type="character" w:styleId="Voimakaskorostus">
    <w:name w:val="Intense Emphasis"/>
    <w:basedOn w:val="Kappaleenoletusfontti"/>
    <w:uiPriority w:val="21"/>
    <w:qFormat/>
    <w:rsid w:val="00FC693F"/>
    <w:rPr>
      <w:b/>
      <w:bCs/>
      <w:i/>
      <w:iCs/>
      <w:color w:val="4F81BD" w:themeColor="accent1"/>
    </w:rPr>
  </w:style>
  <w:style w:type="character" w:styleId="Hienovarainenviittaus">
    <w:name w:val="Subtle Reference"/>
    <w:basedOn w:val="Kappaleenoletusfontti"/>
    <w:uiPriority w:val="31"/>
    <w:qFormat/>
    <w:rsid w:val="00FC693F"/>
    <w:rPr>
      <w:smallCaps/>
      <w:color w:val="C0504D" w:themeColor="accent2"/>
      <w:u w:val="single"/>
    </w:rPr>
  </w:style>
  <w:style w:type="character" w:styleId="Erottuvaviittaus">
    <w:name w:val="Intense Reference"/>
    <w:basedOn w:val="Kappaleenoletusfontti"/>
    <w:uiPriority w:val="32"/>
    <w:qFormat/>
    <w:rsid w:val="00FC693F"/>
    <w:rPr>
      <w:b/>
      <w:bCs/>
      <w:smallCaps/>
      <w:color w:val="C0504D" w:themeColor="accent2"/>
      <w:spacing w:val="5"/>
      <w:u w:val="single"/>
    </w:rPr>
  </w:style>
  <w:style w:type="character" w:styleId="Kirjannimike">
    <w:name w:val="Book Title"/>
    <w:basedOn w:val="Kappaleenoletusfontti"/>
    <w:uiPriority w:val="33"/>
    <w:qFormat/>
    <w:rsid w:val="00FC693F"/>
    <w:rPr>
      <w:b/>
      <w:bCs/>
      <w:smallCaps/>
      <w:spacing w:val="5"/>
    </w:rPr>
  </w:style>
  <w:style w:type="paragraph" w:styleId="Sisllysluettelonotsikko">
    <w:name w:val="TOC Heading"/>
    <w:basedOn w:val="Otsikko1"/>
    <w:next w:val="Normaali"/>
    <w:uiPriority w:val="39"/>
    <w:semiHidden/>
    <w:unhideWhenUsed/>
    <w:qFormat/>
    <w:rsid w:val="00FC693F"/>
    <w:pPr>
      <w:outlineLvl w:val="9"/>
    </w:pPr>
  </w:style>
  <w:style w:type="table" w:styleId="TaulukkoRuudukko">
    <w:name w:val="Table Grid"/>
    <w:basedOn w:val="Normaalitaulukk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aaleavarjostus">
    <w:name w:val="Light Shading"/>
    <w:basedOn w:val="Normaalitaulukk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aaleavarjostus-korostus1">
    <w:name w:val="Light Shading Accent 1"/>
    <w:basedOn w:val="Normaalitaulukk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aaleavarjostus-korostus2">
    <w:name w:val="Light Shading Accent 2"/>
    <w:basedOn w:val="Normaalitaulukk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aaleavarjostus-korostus3">
    <w:name w:val="Light Shading Accent 3"/>
    <w:basedOn w:val="Normaalitaulukk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aaleavarjostus-korostus4">
    <w:name w:val="Light Shading Accent 4"/>
    <w:basedOn w:val="Normaalitaulukk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aaleavarjostus-korostus5">
    <w:name w:val="Light Shading Accent 5"/>
    <w:basedOn w:val="Normaalitaulukk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aaleavarjostus-korostus6">
    <w:name w:val="Light Shading Accent 6"/>
    <w:basedOn w:val="Normaalitaulukk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aalealuettelo">
    <w:name w:val="Light List"/>
    <w:basedOn w:val="Normaalitaulukk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aalealuettelo-korostus1">
    <w:name w:val="Light List Accent 1"/>
    <w:basedOn w:val="Normaalitaulukk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aalealuettelo-korostus2">
    <w:name w:val="Light List Accent 2"/>
    <w:basedOn w:val="Normaalitaulukk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aalealuettelo-korostus3">
    <w:name w:val="Light List Accent 3"/>
    <w:basedOn w:val="Normaalitaulukk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aalealuettelo-korostus4">
    <w:name w:val="Light List Accent 4"/>
    <w:basedOn w:val="Normaalitaulukk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aalealuettelo-korostus5">
    <w:name w:val="Light List Accent 5"/>
    <w:basedOn w:val="Normaalitaulukk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aalealuettelo-korostus6">
    <w:name w:val="Light List Accent 6"/>
    <w:basedOn w:val="Normaalitaulukk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aalearuudukko">
    <w:name w:val="Light Grid"/>
    <w:basedOn w:val="Normaalitaulukk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aalearuudukko-korostus1">
    <w:name w:val="Light Grid Accent 1"/>
    <w:basedOn w:val="Normaalitaulukk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aalearuudukko-korostus2">
    <w:name w:val="Light Grid Accent 2"/>
    <w:basedOn w:val="Normaalitaulukk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aalearuudukko-korostus3">
    <w:name w:val="Light Grid Accent 3"/>
    <w:basedOn w:val="Normaalitaulukk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aalearuudukko-korostus4">
    <w:name w:val="Light Grid Accent 4"/>
    <w:basedOn w:val="Normaalitaulukk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aalearuudukko-korostus5">
    <w:name w:val="Light Grid Accent 5"/>
    <w:basedOn w:val="Normaalitaulukk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aalearuudukko-korostus6">
    <w:name w:val="Light Grid Accent 6"/>
    <w:basedOn w:val="Normaalitaulukk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Normaalivarjostus1">
    <w:name w:val="Medium Shading 1"/>
    <w:basedOn w:val="Normaalitaulukk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Normaalivarjostus1-korostus1">
    <w:name w:val="Medium Shading 1 Accent 1"/>
    <w:basedOn w:val="Normaalitaulukk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Normaalivarjostus1-korostus2">
    <w:name w:val="Medium Shading 1 Accent 2"/>
    <w:basedOn w:val="Normaalitaulukk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Normaalivarjostus1-korostus3">
    <w:name w:val="Medium Shading 1 Accent 3"/>
    <w:basedOn w:val="Normaalitaulukk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Normaalivarjostus1-korostus4">
    <w:name w:val="Medium Shading 1 Accent 4"/>
    <w:basedOn w:val="Normaalitaulukk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Normaalivarjostus1-korostus5">
    <w:name w:val="Medium Shading 1 Accent 5"/>
    <w:basedOn w:val="Normaalitaulukk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Normaalivarjostus1-korostus6">
    <w:name w:val="Medium Shading 1 Accent 6"/>
    <w:basedOn w:val="Normaalitaulukk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Normaalivarjostus2">
    <w:name w:val="Medium Shading 2"/>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1">
    <w:name w:val="Medium Shading 2 Accent 1"/>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2">
    <w:name w:val="Medium Shading 2 Accent 2"/>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3">
    <w:name w:val="Medium Shading 2 Accent 3"/>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4">
    <w:name w:val="Medium Shading 2 Accent 4"/>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5">
    <w:name w:val="Medium Shading 2 Accent 5"/>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6">
    <w:name w:val="Medium Shading 2 Accent 6"/>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luettelo1">
    <w:name w:val="Medium List 1"/>
    <w:basedOn w:val="Normaalitaulukk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Normaaliluettelo1-korostus1">
    <w:name w:val="Medium List 1 Accent 1"/>
    <w:basedOn w:val="Normaalitaulukk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Normaaliluettelo1-korostus2">
    <w:name w:val="Medium List 1 Accent 2"/>
    <w:basedOn w:val="Normaalitaulukk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Normaaliluettelo1-korostus3">
    <w:name w:val="Medium List 1 Accent 3"/>
    <w:basedOn w:val="Normaalitaulukk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Normaaliluettelo1-korostus4">
    <w:name w:val="Medium List 1 Accent 4"/>
    <w:basedOn w:val="Normaalitaulukk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Normaaliluettelo1-korostus5">
    <w:name w:val="Medium List 1 Accent 5"/>
    <w:basedOn w:val="Normaalitaulukk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Normaaliluettelo1-korostus6">
    <w:name w:val="Medium List 1 Accent 6"/>
    <w:basedOn w:val="Normaalitaulukk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Normaaliluettelo2">
    <w:name w:val="Medium List 2"/>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1">
    <w:name w:val="Medium List 2 Accent 1"/>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2">
    <w:name w:val="Medium List 2 Accent 2"/>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3">
    <w:name w:val="Medium List 2 Accent 3"/>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4">
    <w:name w:val="Medium List 2 Accent 4"/>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5">
    <w:name w:val="Medium List 2 Accent 5"/>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6">
    <w:name w:val="Medium List 2 Accent 6"/>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ruudukko1">
    <w:name w:val="Medium Grid 1"/>
    <w:basedOn w:val="Normaalitaulukk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Normaaliruudukko1-korostus1">
    <w:name w:val="Medium Grid 1 Accent 1"/>
    <w:basedOn w:val="Normaalitaulukk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Normaaliruudukko1-korostus2">
    <w:name w:val="Medium Grid 1 Accent 2"/>
    <w:basedOn w:val="Normaalitaulukk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Normaaliruudukko1-korostus3">
    <w:name w:val="Medium Grid 1 Accent 3"/>
    <w:basedOn w:val="Normaalitaulukk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Normaaliruudukko1-korostus4">
    <w:name w:val="Medium Grid 1 Accent 4"/>
    <w:basedOn w:val="Normaalitaulukk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Normaaliruudukko1-korostus5">
    <w:name w:val="Medium Grid 1 Accent 5"/>
    <w:basedOn w:val="Normaalitaulukk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Normaaliruudukko1-korostus6">
    <w:name w:val="Medium Grid 1 Accent 6"/>
    <w:basedOn w:val="Normaalitaulukk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Normaaliruudukko2">
    <w:name w:val="Medium Grid 2"/>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Normaaliruudukko2-korostus1">
    <w:name w:val="Medium Grid 2 Accent 1"/>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Normaaliruudukko2-korostus2">
    <w:name w:val="Medium Grid 2 Accent 2"/>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Normaaliruudukko2-korostus3">
    <w:name w:val="Medium Grid 2 Accent 3"/>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Normaaliruudukko2-korostus4">
    <w:name w:val="Medium Grid 2 Accent 4"/>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Normaaliruudukko2-korostus5">
    <w:name w:val="Medium Grid 2 Accent 5"/>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Normaaliruudukko2-korostus6">
    <w:name w:val="Medium Grid 2 Accent 6"/>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Normaaliruudukko3">
    <w:name w:val="Medium Grid 3"/>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Normaaliruudukko3-korostus1">
    <w:name w:val="Medium Grid 3 Accent 1"/>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Normaaliruudukko3-korostus2">
    <w:name w:val="Medium Grid 3 Accent 2"/>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Normaaliruudukko3-korostus3">
    <w:name w:val="Medium Grid 3 Accent 3"/>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Normaaliruudukko3-korostus4">
    <w:name w:val="Medium Grid 3 Accent 4"/>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Normaaliruudukko3-korostus5">
    <w:name w:val="Medium Grid 3 Accent 5"/>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Normaaliruudukko3-korostus6">
    <w:name w:val="Medium Grid 3 Accent 6"/>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ummaluettelo">
    <w:name w:val="Dark List"/>
    <w:basedOn w:val="Normaalitaulukk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maluettelo-korostus1">
    <w:name w:val="Dark List Accent 1"/>
    <w:basedOn w:val="Normaalitaulukk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ummaluettelo-korostus2">
    <w:name w:val="Dark List Accent 2"/>
    <w:basedOn w:val="Normaalitaulukk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ummaluettelo-korostus3">
    <w:name w:val="Dark List Accent 3"/>
    <w:basedOn w:val="Normaalitaulukk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ummaluettelo-korostus4">
    <w:name w:val="Dark List Accent 4"/>
    <w:basedOn w:val="Normaalitaulukk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ummaluettelo-korostus5">
    <w:name w:val="Dark List Accent 5"/>
    <w:basedOn w:val="Normaalitaulukk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ummaluettelo-korostus6">
    <w:name w:val="Dark List Accent 6"/>
    <w:basedOn w:val="Normaalitaulukk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Vriksvarjostus">
    <w:name w:val="Colorful Shading"/>
    <w:basedOn w:val="Normaalitaulukk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Vriksvarjostus-korostus1">
    <w:name w:val="Colorful Shading Accent 1"/>
    <w:basedOn w:val="Normaalitaulukk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Vriksvarjostus-korostus2">
    <w:name w:val="Colorful Shading Accent 2"/>
    <w:basedOn w:val="Normaalitaulukk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Vriksvarjostus-korostus3">
    <w:name w:val="Colorful Shading Accent 3"/>
    <w:basedOn w:val="Normaalitaulukk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Vriksvarjostus-korostus4">
    <w:name w:val="Colorful Shading Accent 4"/>
    <w:basedOn w:val="Normaalitaulukk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Vriksvarjostus-korostus5">
    <w:name w:val="Colorful Shading Accent 5"/>
    <w:basedOn w:val="Normaalitaulukk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Vriksvarjostus-korostus6">
    <w:name w:val="Colorful Shading Accent 6"/>
    <w:basedOn w:val="Normaalitaulukk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Vriksluettelo">
    <w:name w:val="Colorful List"/>
    <w:basedOn w:val="Normaalitaulukk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Vriksluettelo-korostus1">
    <w:name w:val="Colorful List Accent 1"/>
    <w:basedOn w:val="Normaalitaulukk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Vriksluettelo-korostus2">
    <w:name w:val="Colorful List Accent 2"/>
    <w:basedOn w:val="Normaalitaulukk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Vriksluettelo-korostus3">
    <w:name w:val="Colorful List Accent 3"/>
    <w:basedOn w:val="Normaalitaulukk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Vriksluettelo-korostus4">
    <w:name w:val="Colorful List Accent 4"/>
    <w:basedOn w:val="Normaalitaulukk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Vriksluettelo-korostus5">
    <w:name w:val="Colorful List Accent 5"/>
    <w:basedOn w:val="Normaalitaulukk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Vriksluettelo-korostus6">
    <w:name w:val="Colorful List Accent 6"/>
    <w:basedOn w:val="Normaalitaulukk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Vriksruudukko">
    <w:name w:val="Colorful Grid"/>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riksruudukko-korostus1">
    <w:name w:val="Colorful Grid Accent 1"/>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riksruudukko-korostus2">
    <w:name w:val="Colorful Grid Accent 2"/>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riksruudukko-korostus3">
    <w:name w:val="Colorful Grid Accent 3"/>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riksruudukko-korostus4">
    <w:name w:val="Colorful Grid Accent 4"/>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riksruudukko-korostus5">
    <w:name w:val="Colorful Grid Accent 5"/>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riksruudukko-korostus6">
    <w:name w:val="Colorful Grid Accent 6"/>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aliruudukko21">
    <w:name w:val="Normaali ruudukko 21"/>
    <w:uiPriority w:val="1"/>
    <w:rsid w:val="005B34BC"/>
    <w:pPr>
      <w:spacing w:after="0" w:line="240" w:lineRule="auto"/>
    </w:pPr>
    <w:rPr>
      <w:rFonts w:ascii="Calibri" w:eastAsia="MS Mincho" w:hAnsi="Calibri" w:cs="Times New Roman"/>
      <w:lang w:val="fi-FI" w:eastAsia="ja-JP"/>
    </w:rPr>
  </w:style>
  <w:style w:type="character" w:styleId="Hyperlinkki">
    <w:name w:val="Hyperlink"/>
    <w:basedOn w:val="Kappaleenoletusfontti"/>
    <w:uiPriority w:val="99"/>
    <w:unhideWhenUsed/>
    <w:rsid w:val="005B34BC"/>
    <w:rPr>
      <w:color w:val="0000FF" w:themeColor="hyperlink"/>
      <w:u w:val="single"/>
    </w:rPr>
  </w:style>
  <w:style w:type="character" w:styleId="Ratkaisematonmaininta">
    <w:name w:val="Unresolved Mention"/>
    <w:basedOn w:val="Kappaleenoletusfontti"/>
    <w:uiPriority w:val="99"/>
    <w:semiHidden/>
    <w:unhideWhenUsed/>
    <w:rsid w:val="005B34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ogle.com/goto?url=CAESogEB6zswFRr6grKZHF0Z8kBQlgghRzOOlT0CA7ET21BjkjiviqS0dXQOxeMrhS8aqNgd7g09F2lExGxqrosd5b7ypUv3tyEjdvMOt_PpnPQpMBahuOAGWz3aW04ZYMHdTbXbmdbTyDc0yQB03AQAr5CQrwh8POpfqFRXlGJ2hF6SLvOlX9G8qo4cQDJeqW4OJEb__pYdkDMMT_myvtoITKsQ60U" TargetMode="External"/><Relationship Id="rId18" Type="http://schemas.openxmlformats.org/officeDocument/2006/relationships/hyperlink" Target="https://www.google.com/goto?url=CAESkgEB6zswFSBGm3dsrjfU98idth6AdbNJqwma_ldANk5kzwzK17p7FaWb03nbM1m7rR4x0qbyEtSrlmA9VeqghEfCq6Ri4gyI_tgfQbmlTViR29BoE_Ac0Td9lJREW2ZMVBCo0c-zolHkSyAun645jmuoJSBT7hLAxblbPkb3hgR75ZcqCAc-2eXVIyqDBuBCb2V5Sg" TargetMode="External"/><Relationship Id="rId26" Type="http://schemas.openxmlformats.org/officeDocument/2006/relationships/hyperlink" Target="https://www.google.com/goto?url=CAESpgEB6zswFV46N-8BX4CRjZHGg8lrUdQO6hTRjHOPBxCqNdU-dqEv_wnGfhq3tDyoPRbD475-hlqIMTAuVFBxqFQfTDZ2wTE3g11ywggBv_KU_KQ7ANFLdngaDxdi4GtNiiW7ChLThzJtR-pbNJuwKaRK5PhLNe0WQIAG0UOo1Nd8iAI6KmrGj5cTnTEtHojaDDJL5n2fLtyFZgJjugWTfmyL-VPqABEr" TargetMode="External"/><Relationship Id="rId3" Type="http://schemas.openxmlformats.org/officeDocument/2006/relationships/styles" Target="styles.xml"/><Relationship Id="rId21" Type="http://schemas.openxmlformats.org/officeDocument/2006/relationships/hyperlink" Target="https://www.google.com/goto?url=CAESfAHrOzAVZ03he1guzW-HJoDZ4Js_7pKgfhQ53HxTVvx5G0uwo7u244J_zlOXfNw7ccpHOuqEs0fnHmLrIZ1GTYbCzfcpN_gl_IrRcEOwjFeS0au1aWA38C9qTSGp8ipL1gpK8sZWHnb65KDlTYn9vO9d5m2Pg2jZYB5jnV0" TargetMode="External"/><Relationship Id="rId7" Type="http://schemas.openxmlformats.org/officeDocument/2006/relationships/endnotes" Target="endnotes.xml"/><Relationship Id="rId12" Type="http://schemas.openxmlformats.org/officeDocument/2006/relationships/hyperlink" Target="mailto:sosiaali.potilasasiavastaava@luvn.fi" TargetMode="External"/><Relationship Id="rId17" Type="http://schemas.openxmlformats.org/officeDocument/2006/relationships/hyperlink" Target="https://www.google.com/goto?url=CAESxgEB6zswFQ0xxGt7ppTuVAIci67qiYuMAwLG5EY5TTc5GUhIwSNdO08zNGCmE9jbz_Lfpyh3Tg09tdcs8DPgIa7lW2BG3D_fmJ0KcnI0xJDEp-MwrRNHtteKak47crfqSu-n9NNdE7dE6-78EdjTFr_5rgDD4vyGjx5EUXF2xNVsYxPospvYQDvDRZxb_FIT7hbf_zM3Zbr0zYDp3gpHmGWMCC2cjrdzYFSCZnYrClL-zM_GRpIXViQ3Io6NHBbw5G11DfUFagg" TargetMode="External"/><Relationship Id="rId25" Type="http://schemas.openxmlformats.org/officeDocument/2006/relationships/hyperlink" Target="https://www.google.com/goto?url=CAESiwEB6zswFcdAKu5B3VgQHzDQfuhP-xUt23LxkN04UufIQRRfACJbFIus772bbu4Z9Wz_1UbOoFNHAnuVIMvKee9tbotvbaf-lRnelzEgYEQEiej1GTU7kZ9YkFEFRpgr8WK8kdxZSaI9seyFigwfKBJHhPsFqDZCcnR3nZTMUniDpxSzLgB79nFjn4Hb" TargetMode="External"/><Relationship Id="rId2" Type="http://schemas.openxmlformats.org/officeDocument/2006/relationships/numbering" Target="numbering.xml"/><Relationship Id="rId16" Type="http://schemas.openxmlformats.org/officeDocument/2006/relationships/hyperlink" Target="https://www.google.com/goto?url=CAESyQEB6zswFWZoVuXw8vcQPJXODDH-ueSU4J3tBA9vW3C_nlypFILJqJY_Iw_ER0aYtciSfnLSFKbhY9FvfWqh7Y3vrKTeE2U7PZDalDT6iP-1cFg4uPkwNoGaGOZDePCS_2JzSsLTAaAJzi-0_Ve88RXoAZD7C1J7eEtyTbuOTTxpkwMIVwv-8h7yduDg_WiFwhlfwm0B02rYQ4PU1UPjd0w539-LYqQm1hnsimVBdaKo4PstsBIO1NwRyJzb3W23bf04IaFd7tJC_vA" TargetMode="External"/><Relationship Id="rId20" Type="http://schemas.openxmlformats.org/officeDocument/2006/relationships/hyperlink" Target="https://www.google.com/goto?url=CAESawHrOzAVIkO-gWp0qCLOBILIkLY2MvxVur74Wrr1GHwRHshKy4aWFIYtaPzbHgq1n4xJ--ZZqedEK5IeYZMQYJBSj_bwj99Zp992GXxFoQvHs8GyYZpVipM5yhaKLf419LzLZgRvu7LsuixW"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goto?url=CAESgwEB6zswFZ5XbiZuN6LRntcAVdgNBa3LrD_D9_L_AkS3NgzvpNC1sXx6Wn0GguBRo6uqOQzyBhxh7NzT3VGbDjtYBt-UykehydhNpzNuUxA6sPR-qmPWvIsnyn4HV_voGwEFJepSp051c_SUMG_raJFVX-QM2TYi2zpq7eKvj5SaUU0Z8g" TargetMode="External"/><Relationship Id="rId24" Type="http://schemas.openxmlformats.org/officeDocument/2006/relationships/hyperlink" Target="mailto:sosiaali-ja%20potilasasiavastaava@vakehyva.fi" TargetMode="External"/><Relationship Id="rId5" Type="http://schemas.openxmlformats.org/officeDocument/2006/relationships/webSettings" Target="webSettings.xml"/><Relationship Id="rId15" Type="http://schemas.openxmlformats.org/officeDocument/2006/relationships/hyperlink" Target="mailto:sosiaali.potilasasiavastaava@itauusimaa.fi" TargetMode="External"/><Relationship Id="rId23" Type="http://schemas.openxmlformats.org/officeDocument/2006/relationships/hyperlink" Target="https://www.google.com/goto?url=CAESqAEB6zswFRbA-JvNbm1gYXgwra5bzkzDekA0yZd90JM9Xcqv-EyneFKKNhJWp5GRYhqz5km9Sp3R1HrVZ9McTgI0TP77o7UQp1GIHMg2VHpwl9NNEm1LX-DruPFyM2oDFem4vo9e74c9RCUZRyc2NmBzMzB4tPvOE0I1Rg6DMy-VAfgAIe5WqSvZhs97KbpCRHy0aVwIT8DXb2N8Yb3-EOe55h7DdIVWf5Q" TargetMode="External"/><Relationship Id="rId28" Type="http://schemas.openxmlformats.org/officeDocument/2006/relationships/fontTable" Target="fontTable.xml"/><Relationship Id="rId10" Type="http://schemas.openxmlformats.org/officeDocument/2006/relationships/hyperlink" Target="mailto:jarno.ikonen@nuorisolaiset.fi" TargetMode="External"/><Relationship Id="rId19" Type="http://schemas.openxmlformats.org/officeDocument/2006/relationships/hyperlink" Target="https://www.google.com/goto?url=CAESawHrOzAVIkO-gWp0qCLOBILIkLY2MvxVur74Wrr1GHwRHshKy4aWFIYtaPzbHgq1n4xJ--ZZqedEK5IeYZMQYJBSj_bwj99Zp992GXxFoQvHs8GyYZpVipM5yhaKLf419LzLZgRvu7LsuixW" TargetMode="External"/><Relationship Id="rId4" Type="http://schemas.openxmlformats.org/officeDocument/2006/relationships/settings" Target="settings.xml"/><Relationship Id="rId9" Type="http://schemas.openxmlformats.org/officeDocument/2006/relationships/hyperlink" Target="mailto:katja.ikonen@nuorisolaiset.fi" TargetMode="External"/><Relationship Id="rId14" Type="http://schemas.openxmlformats.org/officeDocument/2006/relationships/hyperlink" Target="https://www.google.com/goto?url=CAESqAEB6zswFRbA-JvNbm1gYXgwra5bzkzDekA0yZd90JM9Xcqv-EyneFKKNhJWp5GRYhqz5km9Sp3R1HrVZ9McTgI0TP77o7UQp1GIHMg2VHpwl9NNEm1LX-DruPFyM2oDFem4vo9e74c9RCUZRyc2NmBzMzB4tPvOE0I1Rg6DMy-VAfgAIe5WqSvZhs97KbpCRHy0aVwIT8DXb2N8Yb3-EOe55h7DdIVWf5Q" TargetMode="External"/><Relationship Id="rId22" Type="http://schemas.openxmlformats.org/officeDocument/2006/relationships/hyperlink" Target="https://www.google.com/goto?url=CAESdAHrOzAVAQZt8MhYuit2B6f83YRkQiqfwV3q98Z2RwpuN7MmbyHAowe5sT6LHyRUfguOZ6ReDA7mIMucsG72fuan9DLcLGK8roVZpRXHBZC7wG9S0md1zUXsyHsPVg-cVr7GLAg4EJBztR8ScEappIfvf8K1" TargetMode="External"/><Relationship Id="rId27" Type="http://schemas.openxmlformats.org/officeDocument/2006/relationships/header" Target="head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F46673A372A4FAA837AF0E1E14C13F9"/>
        <w:category>
          <w:name w:val="Yleiset"/>
          <w:gallery w:val="placeholder"/>
        </w:category>
        <w:types>
          <w:type w:val="bbPlcHdr"/>
        </w:types>
        <w:behaviors>
          <w:behavior w:val="content"/>
        </w:behaviors>
        <w:guid w:val="{88D432AD-0049-4D71-8157-EF1C8AC1AEA5}"/>
      </w:docPartPr>
      <w:docPartBody>
        <w:p w:rsidR="00BC13D1" w:rsidRDefault="006D1537" w:rsidP="006D1537">
          <w:pPr>
            <w:pStyle w:val="2F46673A372A4FAA837AF0E1E14C13F9"/>
          </w:pPr>
          <w:r>
            <w:rPr>
              <w:color w:val="156082" w:themeColor="accent1"/>
            </w:rPr>
            <w:t>[Tiedoston otsikko]</w:t>
          </w:r>
        </w:p>
      </w:docPartBody>
    </w:docPart>
    <w:docPart>
      <w:docPartPr>
        <w:name w:val="C4B1CA125B11481594E460856031C69C"/>
        <w:category>
          <w:name w:val="Yleiset"/>
          <w:gallery w:val="placeholder"/>
        </w:category>
        <w:types>
          <w:type w:val="bbPlcHdr"/>
        </w:types>
        <w:behaviors>
          <w:behavior w:val="content"/>
        </w:behaviors>
        <w:guid w:val="{F03FF398-663E-4A9B-85FC-23828E288E96}"/>
      </w:docPartPr>
      <w:docPartBody>
        <w:p w:rsidR="00BC13D1" w:rsidRDefault="006D1537" w:rsidP="006D1537">
          <w:pPr>
            <w:pStyle w:val="C4B1CA125B11481594E460856031C69C"/>
          </w:pPr>
          <w:r>
            <w:t>[Tekijän nimi]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537"/>
    <w:rsid w:val="001C2A33"/>
    <w:rsid w:val="00463237"/>
    <w:rsid w:val="004E7C59"/>
    <w:rsid w:val="006D1537"/>
    <w:rsid w:val="009C18DA"/>
    <w:rsid w:val="00B70874"/>
    <w:rsid w:val="00BC13D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2F46673A372A4FAA837AF0E1E14C13F9">
    <w:name w:val="2F46673A372A4FAA837AF0E1E14C13F9"/>
    <w:rsid w:val="006D1537"/>
  </w:style>
  <w:style w:type="paragraph" w:customStyle="1" w:styleId="C4B1CA125B11481594E460856031C69C">
    <w:name w:val="C4B1CA125B11481594E460856031C69C"/>
    <w:rsid w:val="006D15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5645</Words>
  <Characters>45732</Characters>
  <Application>Microsoft Office Word</Application>
  <DocSecurity>0</DocSecurity>
  <Lines>381</Lines>
  <Paragraphs>102</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Omavalvontasuunnitelma – Perhekoti Nuorisolaiset</vt:lpstr>
      <vt:lpstr/>
    </vt:vector>
  </TitlesOfParts>
  <Manager/>
  <Company/>
  <LinksUpToDate>false</LinksUpToDate>
  <CharactersWithSpaces>51275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Omavalvontasuunnitelma – Perhekoti Nuorisolaiset</dc:title>
  <dc:subject>Päivitetty työversio 1.2</dc:subject>
  <dc:creator>Perhekoti Nuorisolaiset</dc:creator>
  <cp:keywords/>
  <dc:description>Täydennetty omavalvontasuunnitelma. Tarkistettavat tiedot on koottu asiakirjan loppuun.</dc:description>
  <cp:lastModifiedBy>Katja M Ikonen</cp:lastModifiedBy>
  <cp:revision>2</cp:revision>
  <dcterms:created xsi:type="dcterms:W3CDTF">2026-11-03T21:17:00Z</dcterms:created>
  <dcterms:modified xsi:type="dcterms:W3CDTF">2026-11-03T21:17:00Z</dcterms:modified>
  <cp:category/>
</cp:coreProperties>
</file>